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1F717" w14:textId="77777777" w:rsidR="00A300AF" w:rsidRPr="00045A02" w:rsidRDefault="007F1EF2" w:rsidP="00141375">
      <w:pPr>
        <w:pStyle w:val="Nadpis1"/>
        <w:jc w:val="center"/>
        <w:rPr>
          <w:sz w:val="40"/>
          <w:szCs w:val="40"/>
          <w:lang w:val="cs-CZ"/>
        </w:rPr>
      </w:pPr>
      <w:r w:rsidRPr="00045A02">
        <w:rPr>
          <w:sz w:val="40"/>
          <w:szCs w:val="40"/>
          <w:lang w:val="cs-CZ"/>
        </w:rPr>
        <w:t>KLUB CHOVATELŮ CHRTŮ</w:t>
      </w:r>
    </w:p>
    <w:p w14:paraId="40BFFE23" w14:textId="45603CB8" w:rsidR="00141375" w:rsidRPr="00045A02" w:rsidRDefault="00141375" w:rsidP="00141375">
      <w:pPr>
        <w:jc w:val="center"/>
        <w:rPr>
          <w:lang w:val="cs-CZ"/>
        </w:rPr>
      </w:pPr>
      <w:r w:rsidRPr="00045A02">
        <w:rPr>
          <w:lang w:val="cs-CZ"/>
        </w:rPr>
        <w:t>pořádá:</w:t>
      </w:r>
    </w:p>
    <w:p w14:paraId="2A012C23" w14:textId="49A45790" w:rsidR="00A300AF" w:rsidRPr="00045A02" w:rsidRDefault="007F1EF2" w:rsidP="00141375">
      <w:pPr>
        <w:jc w:val="center"/>
        <w:rPr>
          <w:b/>
          <w:bCs/>
          <w:lang w:val="cs-CZ"/>
        </w:rPr>
      </w:pPr>
      <w:r w:rsidRPr="00045A02">
        <w:rPr>
          <w:b/>
          <w:bCs/>
          <w:lang w:val="cs-CZ"/>
        </w:rPr>
        <w:t>2 KLUBOVÉ VÝSTAVY</w:t>
      </w:r>
    </w:p>
    <w:p w14:paraId="0A06FB15" w14:textId="42DBB62F" w:rsidR="00A300AF" w:rsidRPr="00045A02" w:rsidRDefault="007F1EF2" w:rsidP="00141375">
      <w:pPr>
        <w:jc w:val="center"/>
        <w:rPr>
          <w:b/>
          <w:bCs/>
          <w:lang w:val="cs-CZ"/>
        </w:rPr>
      </w:pPr>
      <w:r w:rsidRPr="00045A02">
        <w:rPr>
          <w:b/>
          <w:bCs/>
          <w:lang w:val="cs-CZ"/>
        </w:rPr>
        <w:t>2.</w:t>
      </w:r>
      <w:r w:rsidR="00141375" w:rsidRPr="00045A02">
        <w:rPr>
          <w:b/>
          <w:bCs/>
          <w:lang w:val="cs-CZ"/>
        </w:rPr>
        <w:t xml:space="preserve"> </w:t>
      </w:r>
      <w:r w:rsidRPr="00045A02">
        <w:rPr>
          <w:b/>
          <w:bCs/>
          <w:lang w:val="cs-CZ"/>
        </w:rPr>
        <w:t>–</w:t>
      </w:r>
      <w:r w:rsidR="00141375" w:rsidRPr="00045A02">
        <w:rPr>
          <w:b/>
          <w:bCs/>
          <w:lang w:val="cs-CZ"/>
        </w:rPr>
        <w:t xml:space="preserve"> </w:t>
      </w:r>
      <w:r w:rsidRPr="00045A02">
        <w:rPr>
          <w:b/>
          <w:bCs/>
          <w:lang w:val="cs-CZ"/>
        </w:rPr>
        <w:t>3. 5. 2026</w:t>
      </w:r>
    </w:p>
    <w:p w14:paraId="48DB093A" w14:textId="1AF157E3" w:rsidR="00A300AF" w:rsidRDefault="00045A02" w:rsidP="00045A02">
      <w:pPr>
        <w:tabs>
          <w:tab w:val="center" w:pos="4320"/>
          <w:tab w:val="left" w:pos="6660"/>
        </w:tabs>
        <w:rPr>
          <w:b/>
          <w:bCs/>
          <w:lang w:val="cs-CZ"/>
        </w:rPr>
      </w:pPr>
      <w:r>
        <w:rPr>
          <w:b/>
          <w:bCs/>
          <w:lang w:val="cs-CZ"/>
        </w:rPr>
        <w:tab/>
      </w:r>
      <w:r w:rsidRPr="00045A02">
        <w:rPr>
          <w:b/>
          <w:bCs/>
          <w:lang w:val="cs-CZ"/>
        </w:rPr>
        <w:t>Konopiště – penzion Nová Myslivna</w:t>
      </w:r>
      <w:r>
        <w:rPr>
          <w:b/>
          <w:bCs/>
          <w:lang w:val="cs-CZ"/>
        </w:rPr>
        <w:tab/>
      </w:r>
    </w:p>
    <w:p w14:paraId="3F741247" w14:textId="77777777" w:rsidR="00045A02" w:rsidRDefault="00045A02" w:rsidP="00045A02">
      <w:pPr>
        <w:tabs>
          <w:tab w:val="center" w:pos="4320"/>
          <w:tab w:val="left" w:pos="6660"/>
        </w:tabs>
        <w:rPr>
          <w:b/>
          <w:bCs/>
          <w:lang w:val="cs-CZ"/>
        </w:rPr>
      </w:pPr>
    </w:p>
    <w:p w14:paraId="1D2C9205" w14:textId="77777777" w:rsidR="00045A02" w:rsidRPr="00045A02" w:rsidRDefault="00045A02" w:rsidP="00045A02">
      <w:pPr>
        <w:jc w:val="center"/>
        <w:rPr>
          <w:b/>
          <w:bCs/>
          <w:sz w:val="24"/>
          <w:szCs w:val="24"/>
        </w:rPr>
      </w:pPr>
      <w:r w:rsidRPr="00045A02">
        <w:rPr>
          <w:b/>
          <w:bCs/>
          <w:sz w:val="24"/>
          <w:szCs w:val="24"/>
        </w:rPr>
        <w:t xml:space="preserve">2.5. 2026 se </w:t>
      </w:r>
      <w:proofErr w:type="spellStart"/>
      <w:r w:rsidRPr="00045A02">
        <w:rPr>
          <w:b/>
          <w:bCs/>
          <w:sz w:val="24"/>
          <w:szCs w:val="24"/>
        </w:rPr>
        <w:t>zadáváním</w:t>
      </w:r>
      <w:proofErr w:type="spellEnd"/>
      <w:r w:rsidRPr="00045A02">
        <w:rPr>
          <w:b/>
          <w:bCs/>
          <w:sz w:val="24"/>
          <w:szCs w:val="24"/>
        </w:rPr>
        <w:t xml:space="preserve"> CAJC, CAC, </w:t>
      </w:r>
      <w:proofErr w:type="spellStart"/>
      <w:r w:rsidRPr="00045A02">
        <w:rPr>
          <w:b/>
          <w:bCs/>
          <w:sz w:val="24"/>
          <w:szCs w:val="24"/>
        </w:rPr>
        <w:t>Klubový</w:t>
      </w:r>
      <w:proofErr w:type="spellEnd"/>
      <w:r w:rsidRPr="00045A02">
        <w:rPr>
          <w:b/>
          <w:bCs/>
          <w:sz w:val="24"/>
          <w:szCs w:val="24"/>
        </w:rPr>
        <w:t xml:space="preserve"> </w:t>
      </w:r>
      <w:proofErr w:type="spellStart"/>
      <w:r w:rsidRPr="00045A02">
        <w:rPr>
          <w:b/>
          <w:bCs/>
          <w:sz w:val="24"/>
          <w:szCs w:val="24"/>
        </w:rPr>
        <w:t>vítěz</w:t>
      </w:r>
      <w:proofErr w:type="spellEnd"/>
      <w:r w:rsidRPr="00045A02">
        <w:rPr>
          <w:b/>
          <w:bCs/>
          <w:sz w:val="24"/>
          <w:szCs w:val="24"/>
        </w:rPr>
        <w:t xml:space="preserve"> </w:t>
      </w:r>
      <w:proofErr w:type="spellStart"/>
      <w:r w:rsidRPr="00045A02">
        <w:rPr>
          <w:b/>
          <w:bCs/>
          <w:sz w:val="24"/>
          <w:szCs w:val="24"/>
        </w:rPr>
        <w:t>mladých</w:t>
      </w:r>
      <w:proofErr w:type="spellEnd"/>
      <w:r w:rsidRPr="00045A02">
        <w:rPr>
          <w:b/>
          <w:bCs/>
          <w:sz w:val="24"/>
          <w:szCs w:val="24"/>
        </w:rPr>
        <w:t xml:space="preserve">, </w:t>
      </w:r>
      <w:proofErr w:type="spellStart"/>
      <w:r w:rsidRPr="00045A02">
        <w:rPr>
          <w:b/>
          <w:bCs/>
          <w:sz w:val="24"/>
          <w:szCs w:val="24"/>
        </w:rPr>
        <w:t>Klubový</w:t>
      </w:r>
      <w:proofErr w:type="spellEnd"/>
      <w:r w:rsidRPr="00045A02">
        <w:rPr>
          <w:b/>
          <w:bCs/>
          <w:sz w:val="24"/>
          <w:szCs w:val="24"/>
        </w:rPr>
        <w:t xml:space="preserve"> </w:t>
      </w:r>
      <w:proofErr w:type="spellStart"/>
      <w:r w:rsidRPr="00045A02">
        <w:rPr>
          <w:b/>
          <w:bCs/>
          <w:sz w:val="24"/>
          <w:szCs w:val="24"/>
        </w:rPr>
        <w:t>vítěz</w:t>
      </w:r>
      <w:proofErr w:type="spellEnd"/>
      <w:r w:rsidRPr="00045A02">
        <w:rPr>
          <w:b/>
          <w:bCs/>
          <w:sz w:val="24"/>
          <w:szCs w:val="24"/>
        </w:rPr>
        <w:t xml:space="preserve">, </w:t>
      </w:r>
      <w:proofErr w:type="spellStart"/>
      <w:r w:rsidRPr="00045A02">
        <w:rPr>
          <w:b/>
          <w:bCs/>
          <w:sz w:val="24"/>
          <w:szCs w:val="24"/>
        </w:rPr>
        <w:t>Klubový</w:t>
      </w:r>
      <w:proofErr w:type="spellEnd"/>
      <w:r w:rsidRPr="00045A02">
        <w:rPr>
          <w:b/>
          <w:bCs/>
          <w:sz w:val="24"/>
          <w:szCs w:val="24"/>
        </w:rPr>
        <w:t xml:space="preserve"> </w:t>
      </w:r>
      <w:proofErr w:type="spellStart"/>
      <w:r w:rsidRPr="00045A02">
        <w:rPr>
          <w:b/>
          <w:bCs/>
          <w:sz w:val="24"/>
          <w:szCs w:val="24"/>
        </w:rPr>
        <w:t>vítěz</w:t>
      </w:r>
      <w:proofErr w:type="spellEnd"/>
      <w:r w:rsidRPr="00045A02">
        <w:rPr>
          <w:b/>
          <w:bCs/>
          <w:sz w:val="24"/>
          <w:szCs w:val="24"/>
        </w:rPr>
        <w:t xml:space="preserve"> </w:t>
      </w:r>
      <w:proofErr w:type="spellStart"/>
      <w:r w:rsidRPr="00045A02">
        <w:rPr>
          <w:b/>
          <w:bCs/>
          <w:sz w:val="24"/>
          <w:szCs w:val="24"/>
        </w:rPr>
        <w:t>veterán</w:t>
      </w:r>
      <w:proofErr w:type="spellEnd"/>
    </w:p>
    <w:p w14:paraId="51EA9232" w14:textId="77777777" w:rsidR="00045A02" w:rsidRPr="00045A02" w:rsidRDefault="00045A02" w:rsidP="00045A02">
      <w:pPr>
        <w:jc w:val="center"/>
        <w:rPr>
          <w:b/>
          <w:bCs/>
          <w:sz w:val="24"/>
          <w:szCs w:val="24"/>
        </w:rPr>
      </w:pPr>
    </w:p>
    <w:p w14:paraId="2EF773D6" w14:textId="77777777" w:rsidR="00045A02" w:rsidRPr="00045A02" w:rsidRDefault="00045A02" w:rsidP="00045A02">
      <w:pPr>
        <w:jc w:val="center"/>
        <w:rPr>
          <w:b/>
          <w:bCs/>
          <w:sz w:val="24"/>
          <w:szCs w:val="24"/>
        </w:rPr>
      </w:pPr>
      <w:r w:rsidRPr="00045A02">
        <w:rPr>
          <w:b/>
          <w:bCs/>
          <w:sz w:val="24"/>
          <w:szCs w:val="24"/>
        </w:rPr>
        <w:t xml:space="preserve">3.5. 2026 </w:t>
      </w:r>
      <w:proofErr w:type="spellStart"/>
      <w:r w:rsidRPr="00045A02">
        <w:rPr>
          <w:b/>
          <w:bCs/>
          <w:sz w:val="24"/>
          <w:szCs w:val="24"/>
        </w:rPr>
        <w:t>Memoriál</w:t>
      </w:r>
      <w:proofErr w:type="spellEnd"/>
      <w:r w:rsidRPr="00045A02">
        <w:rPr>
          <w:b/>
          <w:bCs/>
          <w:sz w:val="24"/>
          <w:szCs w:val="24"/>
        </w:rPr>
        <w:t xml:space="preserve"> </w:t>
      </w:r>
      <w:proofErr w:type="spellStart"/>
      <w:r w:rsidRPr="00045A02">
        <w:rPr>
          <w:b/>
          <w:bCs/>
          <w:sz w:val="24"/>
          <w:szCs w:val="24"/>
        </w:rPr>
        <w:t>Vladimíra</w:t>
      </w:r>
      <w:proofErr w:type="spellEnd"/>
      <w:r w:rsidRPr="00045A02">
        <w:rPr>
          <w:b/>
          <w:bCs/>
          <w:sz w:val="24"/>
          <w:szCs w:val="24"/>
        </w:rPr>
        <w:t xml:space="preserve"> </w:t>
      </w:r>
      <w:proofErr w:type="spellStart"/>
      <w:r w:rsidRPr="00045A02">
        <w:rPr>
          <w:b/>
          <w:bCs/>
          <w:sz w:val="24"/>
          <w:szCs w:val="24"/>
        </w:rPr>
        <w:t>Panušky</w:t>
      </w:r>
      <w:proofErr w:type="spellEnd"/>
      <w:r w:rsidRPr="00045A02">
        <w:rPr>
          <w:b/>
          <w:bCs/>
          <w:sz w:val="24"/>
          <w:szCs w:val="24"/>
        </w:rPr>
        <w:t xml:space="preserve"> se </w:t>
      </w:r>
      <w:proofErr w:type="spellStart"/>
      <w:r w:rsidRPr="00045A02">
        <w:rPr>
          <w:b/>
          <w:bCs/>
          <w:sz w:val="24"/>
          <w:szCs w:val="24"/>
        </w:rPr>
        <w:t>zadáváním</w:t>
      </w:r>
      <w:proofErr w:type="spellEnd"/>
      <w:r w:rsidRPr="00045A02">
        <w:rPr>
          <w:b/>
          <w:bCs/>
          <w:sz w:val="24"/>
          <w:szCs w:val="24"/>
        </w:rPr>
        <w:t xml:space="preserve"> </w:t>
      </w:r>
      <w:proofErr w:type="spellStart"/>
      <w:r w:rsidRPr="00045A02">
        <w:rPr>
          <w:b/>
          <w:bCs/>
          <w:sz w:val="24"/>
          <w:szCs w:val="24"/>
        </w:rPr>
        <w:t>titulů</w:t>
      </w:r>
      <w:proofErr w:type="spellEnd"/>
      <w:r w:rsidRPr="00045A02">
        <w:rPr>
          <w:b/>
          <w:bCs/>
          <w:sz w:val="24"/>
          <w:szCs w:val="24"/>
        </w:rPr>
        <w:t xml:space="preserve"> CAJC, CAC</w:t>
      </w:r>
    </w:p>
    <w:p w14:paraId="2C784645" w14:textId="77777777" w:rsidR="00045A02" w:rsidRPr="00045A02" w:rsidRDefault="00045A02" w:rsidP="00045A02">
      <w:pPr>
        <w:tabs>
          <w:tab w:val="center" w:pos="4320"/>
          <w:tab w:val="left" w:pos="6660"/>
        </w:tabs>
        <w:rPr>
          <w:b/>
          <w:bCs/>
          <w:lang w:val="cs-CZ"/>
        </w:rPr>
      </w:pPr>
    </w:p>
    <w:p w14:paraId="5A4C3FFF" w14:textId="5E5E68BA" w:rsidR="00141375" w:rsidRPr="00045A02" w:rsidRDefault="00141375" w:rsidP="00141375">
      <w:pPr>
        <w:jc w:val="center"/>
        <w:rPr>
          <w:lang w:val="cs-CZ"/>
        </w:rPr>
      </w:pPr>
      <w:proofErr w:type="gramStart"/>
      <w:r w:rsidRPr="00045A02">
        <w:rPr>
          <w:lang w:val="cs-CZ"/>
        </w:rPr>
        <w:t>Oba dva</w:t>
      </w:r>
      <w:proofErr w:type="gramEnd"/>
      <w:r w:rsidRPr="00045A02">
        <w:rPr>
          <w:lang w:val="cs-CZ"/>
        </w:rPr>
        <w:t xml:space="preserve"> dny budou posuzovány plemena skupiny X a plemeno neuznané FCI dlouhosrstý </w:t>
      </w:r>
      <w:proofErr w:type="spellStart"/>
      <w:r w:rsidRPr="00045A02">
        <w:rPr>
          <w:lang w:val="cs-CZ"/>
        </w:rPr>
        <w:t>vipet</w:t>
      </w:r>
      <w:proofErr w:type="spellEnd"/>
      <w:r w:rsidRPr="00045A02">
        <w:rPr>
          <w:lang w:val="cs-CZ"/>
        </w:rPr>
        <w:t>.</w:t>
      </w:r>
    </w:p>
    <w:p w14:paraId="7B57898E" w14:textId="77777777" w:rsidR="00141375" w:rsidRPr="00045A02" w:rsidRDefault="00141375" w:rsidP="00141375">
      <w:pPr>
        <w:jc w:val="center"/>
        <w:rPr>
          <w:lang w:val="cs-CZ"/>
        </w:rPr>
      </w:pPr>
    </w:p>
    <w:p w14:paraId="4360B600" w14:textId="60E74DED" w:rsidR="00141375" w:rsidRPr="00045A02" w:rsidRDefault="00141375" w:rsidP="00141375">
      <w:pPr>
        <w:jc w:val="center"/>
        <w:rPr>
          <w:lang w:val="cs-CZ"/>
        </w:rPr>
      </w:pPr>
      <w:r w:rsidRPr="00045A02">
        <w:rPr>
          <w:lang w:val="cs-CZ"/>
        </w:rPr>
        <w:t xml:space="preserve">Hlásit se lze pouze on-line: </w:t>
      </w:r>
      <w:hyperlink r:id="rId6" w:history="1">
        <w:r w:rsidRPr="00045A02">
          <w:rPr>
            <w:rStyle w:val="Hypertextovodkaz"/>
            <w:lang w:val="cs-CZ"/>
          </w:rPr>
          <w:t>https://www.dogoffice.cz</w:t>
        </w:r>
      </w:hyperlink>
    </w:p>
    <w:p w14:paraId="3C6FEE79" w14:textId="77777777" w:rsidR="00141375" w:rsidRPr="00045A02" w:rsidRDefault="00141375" w:rsidP="00141375">
      <w:pPr>
        <w:rPr>
          <w:lang w:val="cs-CZ"/>
        </w:rPr>
      </w:pPr>
    </w:p>
    <w:p w14:paraId="587D5F70" w14:textId="77777777" w:rsidR="00141375" w:rsidRPr="00045A02" w:rsidRDefault="00141375" w:rsidP="00141375">
      <w:pPr>
        <w:rPr>
          <w:b/>
          <w:bCs/>
          <w:lang w:val="cs-CZ"/>
        </w:rPr>
      </w:pPr>
      <w:r w:rsidRPr="00045A02">
        <w:rPr>
          <w:b/>
          <w:bCs/>
          <w:lang w:val="cs-CZ"/>
        </w:rPr>
        <w:t>INFORMACE</w:t>
      </w:r>
    </w:p>
    <w:p w14:paraId="7032F25E" w14:textId="19E6AC57" w:rsidR="00141375" w:rsidRPr="00045A02" w:rsidRDefault="00141375" w:rsidP="00141375">
      <w:pPr>
        <w:rPr>
          <w:lang w:val="cs-CZ"/>
        </w:rPr>
      </w:pPr>
      <w:hyperlink r:id="rId7" w:history="1">
        <w:r w:rsidRPr="00045A02">
          <w:rPr>
            <w:rStyle w:val="Hypertextovodkaz"/>
            <w:lang w:val="cs-CZ"/>
          </w:rPr>
          <w:t>http://kchch.estranky.cz</w:t>
        </w:r>
      </w:hyperlink>
    </w:p>
    <w:p w14:paraId="6D88EE37" w14:textId="77777777" w:rsidR="00141375" w:rsidRPr="00045A02" w:rsidRDefault="00141375" w:rsidP="00141375">
      <w:pPr>
        <w:rPr>
          <w:lang w:val="cs-CZ"/>
        </w:rPr>
      </w:pPr>
      <w:hyperlink r:id="rId8" w:history="1">
        <w:r w:rsidRPr="00045A02">
          <w:rPr>
            <w:rStyle w:val="Hypertextovodkaz"/>
            <w:lang w:val="cs-CZ"/>
          </w:rPr>
          <w:t>Tel:602312103</w:t>
        </w:r>
      </w:hyperlink>
    </w:p>
    <w:p w14:paraId="3927ADBD" w14:textId="77777777" w:rsidR="00141375" w:rsidRPr="00045A02" w:rsidRDefault="00141375" w:rsidP="00141375">
      <w:pPr>
        <w:rPr>
          <w:lang w:val="cs-CZ"/>
        </w:rPr>
      </w:pPr>
      <w:hyperlink r:id="rId9" w:history="1">
        <w:r w:rsidRPr="00045A02">
          <w:rPr>
            <w:rStyle w:val="Hypertextovodkaz"/>
            <w:lang w:val="cs-CZ"/>
          </w:rPr>
          <w:t>Jitka.matelova@gmail.com</w:t>
        </w:r>
      </w:hyperlink>
    </w:p>
    <w:p w14:paraId="15FDE38B" w14:textId="77777777" w:rsidR="00A300AF" w:rsidRPr="00045A02" w:rsidRDefault="00A300AF">
      <w:pPr>
        <w:rPr>
          <w:lang w:val="cs-CZ"/>
        </w:rPr>
      </w:pPr>
    </w:p>
    <w:p w14:paraId="480F0D6F" w14:textId="77777777" w:rsidR="00A300AF" w:rsidRPr="00045A02" w:rsidRDefault="007F1EF2">
      <w:pPr>
        <w:rPr>
          <w:lang w:val="cs-CZ"/>
        </w:rPr>
      </w:pPr>
      <w:r w:rsidRPr="00045A02">
        <w:rPr>
          <w:b/>
          <w:lang w:val="cs-CZ"/>
        </w:rPr>
        <w:t>PROGRAM</w:t>
      </w:r>
    </w:p>
    <w:p w14:paraId="04832F2C" w14:textId="77777777" w:rsidR="00A300AF" w:rsidRPr="00045A02" w:rsidRDefault="007F1EF2">
      <w:pPr>
        <w:rPr>
          <w:lang w:val="cs-CZ"/>
        </w:rPr>
      </w:pPr>
      <w:r w:rsidRPr="00045A02">
        <w:rPr>
          <w:lang w:val="cs-CZ"/>
        </w:rPr>
        <w:t>8.00 – přejímka psů</w:t>
      </w:r>
    </w:p>
    <w:p w14:paraId="37B56847" w14:textId="77777777" w:rsidR="00A300AF" w:rsidRPr="00045A02" w:rsidRDefault="007F1EF2">
      <w:pPr>
        <w:rPr>
          <w:lang w:val="cs-CZ"/>
        </w:rPr>
      </w:pPr>
      <w:r w:rsidRPr="00045A02">
        <w:rPr>
          <w:lang w:val="cs-CZ"/>
        </w:rPr>
        <w:t>9.15 – slavnostní zahájení</w:t>
      </w:r>
    </w:p>
    <w:p w14:paraId="456E3599" w14:textId="77777777" w:rsidR="00A300AF" w:rsidRPr="00045A02" w:rsidRDefault="007F1EF2">
      <w:pPr>
        <w:rPr>
          <w:lang w:val="cs-CZ"/>
        </w:rPr>
      </w:pPr>
      <w:r w:rsidRPr="00045A02">
        <w:rPr>
          <w:lang w:val="cs-CZ"/>
        </w:rPr>
        <w:t>9.30 – začátek posuzování</w:t>
      </w:r>
    </w:p>
    <w:p w14:paraId="6DFCD402" w14:textId="5CBA5C8D" w:rsidR="00A300AF" w:rsidRDefault="007F1EF2">
      <w:pPr>
        <w:rPr>
          <w:lang w:val="cs-CZ"/>
        </w:rPr>
      </w:pPr>
      <w:r w:rsidRPr="00045A02">
        <w:rPr>
          <w:lang w:val="cs-CZ"/>
        </w:rPr>
        <w:t>Po skončení posuzování v kruzích – závěrečné soutěže</w:t>
      </w:r>
    </w:p>
    <w:p w14:paraId="33A5FB0C" w14:textId="4F3FDB5A" w:rsidR="007B01A8" w:rsidRDefault="007B01A8" w:rsidP="007B01A8">
      <w:pPr>
        <w:pStyle w:val="Nadpis2"/>
        <w:rPr>
          <w:lang w:val="cs-CZ"/>
        </w:rPr>
      </w:pPr>
      <w:r>
        <w:rPr>
          <w:lang w:val="cs-CZ"/>
        </w:rPr>
        <w:t>ROZHODČÍ:</w:t>
      </w:r>
    </w:p>
    <w:p w14:paraId="336984D0" w14:textId="77777777" w:rsidR="007B01A8" w:rsidRDefault="007B01A8" w:rsidP="007B01A8">
      <w:pPr>
        <w:pStyle w:val="Nadpis3"/>
        <w:rPr>
          <w:rFonts w:ascii="Calibri" w:hAnsi="Calibri" w:cs="Calibri"/>
          <w:color w:val="000000"/>
        </w:rPr>
        <w:sectPr w:rsidR="007B01A8" w:rsidSect="00034616">
          <w:pgSz w:w="12240" w:h="15840"/>
          <w:pgMar w:top="1440" w:right="1800" w:bottom="1440" w:left="1800" w:header="720" w:footer="720" w:gutter="0"/>
          <w:cols w:space="720"/>
          <w:docGrid w:linePitch="360"/>
        </w:sectPr>
      </w:pPr>
    </w:p>
    <w:p w14:paraId="12515A56" w14:textId="7EAFA568" w:rsidR="007B01A8" w:rsidRPr="007B01A8" w:rsidRDefault="007B01A8" w:rsidP="007B01A8">
      <w:pPr>
        <w:pStyle w:val="Nadpis3"/>
        <w:rPr>
          <w:rFonts w:ascii="Calibri" w:hAnsi="Calibri" w:cs="Calibri"/>
          <w:color w:val="000000"/>
        </w:rPr>
      </w:pPr>
      <w:r w:rsidRPr="007B01A8">
        <w:rPr>
          <w:rFonts w:ascii="Calibri" w:hAnsi="Calibri" w:cs="Calibri"/>
          <w:color w:val="000000"/>
        </w:rPr>
        <w:t>KLUBOVÁ VÝSTAVA SE ZADÁVÁNÍM TITULU KLUBOVÝ VÍTĚZ</w:t>
      </w:r>
      <w:r>
        <w:rPr>
          <w:rFonts w:ascii="Calibri" w:hAnsi="Calibri" w:cs="Calibri"/>
          <w:color w:val="000000"/>
        </w:rPr>
        <w:t xml:space="preserve"> - </w:t>
      </w:r>
      <w:r w:rsidRPr="007B01A8">
        <w:rPr>
          <w:rStyle w:val="Siln"/>
          <w:rFonts w:ascii="Calibri" w:hAnsi="Calibri" w:cs="Calibri"/>
          <w:color w:val="000000"/>
        </w:rPr>
        <w:t>2. 5. 2026</w:t>
      </w:r>
    </w:p>
    <w:p w14:paraId="4F803B35" w14:textId="056C329B" w:rsidR="00FB40BE" w:rsidRPr="007B01A8" w:rsidRDefault="007B01A8" w:rsidP="007B01A8">
      <w:pPr>
        <w:pStyle w:val="Normlnweb"/>
        <w:rPr>
          <w:rFonts w:ascii="Calibri" w:hAnsi="Calibri" w:cs="Calibri"/>
          <w:color w:val="000000"/>
          <w:sz w:val="22"/>
          <w:szCs w:val="22"/>
        </w:rPr>
      </w:pPr>
      <w:r w:rsidRPr="007B01A8">
        <w:rPr>
          <w:rStyle w:val="Siln"/>
          <w:rFonts w:ascii="Calibri" w:hAnsi="Calibri" w:cs="Calibri"/>
          <w:color w:val="000000"/>
          <w:sz w:val="22"/>
          <w:szCs w:val="22"/>
        </w:rPr>
        <w:t xml:space="preserve">Luke </w:t>
      </w:r>
      <w:proofErr w:type="spellStart"/>
      <w:r w:rsidRPr="007B01A8">
        <w:rPr>
          <w:rStyle w:val="Siln"/>
          <w:rFonts w:ascii="Calibri" w:hAnsi="Calibri" w:cs="Calibri"/>
          <w:color w:val="000000"/>
          <w:sz w:val="22"/>
          <w:szCs w:val="22"/>
        </w:rPr>
        <w:t>Johnston</w:t>
      </w:r>
      <w:proofErr w:type="spellEnd"/>
      <w:r w:rsidRPr="007B01A8">
        <w:rPr>
          <w:rStyle w:val="Siln"/>
          <w:rFonts w:ascii="Calibri" w:hAnsi="Calibri" w:cs="Calibri"/>
          <w:color w:val="000000"/>
          <w:sz w:val="22"/>
          <w:szCs w:val="22"/>
        </w:rPr>
        <w:t>, UK</w:t>
      </w:r>
      <w:r w:rsidRPr="007B01A8">
        <w:rPr>
          <w:rStyle w:val="apple-converted-space"/>
          <w:rFonts w:ascii="Calibri" w:hAnsi="Calibri" w:cs="Calibri"/>
          <w:color w:val="000000"/>
          <w:sz w:val="22"/>
          <w:szCs w:val="22"/>
        </w:rPr>
        <w:t> </w:t>
      </w:r>
      <w:r w:rsidRPr="007B01A8">
        <w:rPr>
          <w:rFonts w:ascii="Calibri" w:hAnsi="Calibri" w:cs="Calibri"/>
          <w:color w:val="000000"/>
          <w:sz w:val="22"/>
          <w:szCs w:val="22"/>
        </w:rPr>
        <w:t>– whippet</w:t>
      </w:r>
      <w:r w:rsidRPr="007B01A8">
        <w:rPr>
          <w:rFonts w:ascii="Calibri" w:hAnsi="Calibri" w:cs="Calibri"/>
          <w:color w:val="000000"/>
          <w:sz w:val="22"/>
          <w:szCs w:val="22"/>
        </w:rPr>
        <w:br/>
      </w:r>
      <w:r w:rsidRPr="007B01A8">
        <w:rPr>
          <w:rStyle w:val="Siln"/>
          <w:rFonts w:ascii="Calibri" w:hAnsi="Calibri" w:cs="Calibri"/>
          <w:color w:val="000000"/>
          <w:sz w:val="22"/>
          <w:szCs w:val="22"/>
        </w:rPr>
        <w:t xml:space="preserve">Mary Sanders </w:t>
      </w:r>
      <w:proofErr w:type="spellStart"/>
      <w:r w:rsidRPr="007B01A8">
        <w:rPr>
          <w:rStyle w:val="Siln"/>
          <w:rFonts w:ascii="Calibri" w:hAnsi="Calibri" w:cs="Calibri"/>
          <w:color w:val="000000"/>
          <w:sz w:val="22"/>
          <w:szCs w:val="22"/>
        </w:rPr>
        <w:t>Parker</w:t>
      </w:r>
      <w:proofErr w:type="spellEnd"/>
      <w:r w:rsidRPr="007B01A8">
        <w:rPr>
          <w:rStyle w:val="Siln"/>
          <w:rFonts w:ascii="Calibri" w:hAnsi="Calibri" w:cs="Calibri"/>
          <w:color w:val="000000"/>
          <w:sz w:val="22"/>
          <w:szCs w:val="22"/>
        </w:rPr>
        <w:t>, UK</w:t>
      </w:r>
      <w:r w:rsidRPr="007B01A8">
        <w:rPr>
          <w:rStyle w:val="apple-converted-space"/>
          <w:rFonts w:ascii="Calibri" w:hAnsi="Calibri" w:cs="Calibri"/>
          <w:color w:val="000000"/>
          <w:sz w:val="22"/>
          <w:szCs w:val="22"/>
        </w:rPr>
        <w:t> </w:t>
      </w:r>
      <w:r w:rsidRPr="007B01A8">
        <w:rPr>
          <w:rFonts w:ascii="Calibri" w:hAnsi="Calibri" w:cs="Calibri"/>
          <w:color w:val="000000"/>
          <w:sz w:val="22"/>
          <w:szCs w:val="22"/>
        </w:rPr>
        <w:t xml:space="preserve">– </w:t>
      </w:r>
      <w:proofErr w:type="spellStart"/>
      <w:r w:rsidRPr="007B01A8">
        <w:rPr>
          <w:rFonts w:ascii="Calibri" w:hAnsi="Calibri" w:cs="Calibri"/>
          <w:color w:val="000000"/>
          <w:sz w:val="22"/>
          <w:szCs w:val="22"/>
        </w:rPr>
        <w:t>saluki</w:t>
      </w:r>
      <w:proofErr w:type="spellEnd"/>
      <w:r w:rsidRPr="007B01A8">
        <w:rPr>
          <w:rFonts w:ascii="Calibri" w:hAnsi="Calibri" w:cs="Calibri"/>
          <w:color w:val="000000"/>
          <w:sz w:val="22"/>
          <w:szCs w:val="22"/>
        </w:rPr>
        <w:br/>
      </w:r>
      <w:r w:rsidRPr="007B01A8">
        <w:rPr>
          <w:rStyle w:val="Siln"/>
          <w:rFonts w:ascii="Calibri" w:hAnsi="Calibri" w:cs="Calibri"/>
          <w:color w:val="000000"/>
          <w:sz w:val="22"/>
          <w:szCs w:val="22"/>
        </w:rPr>
        <w:t xml:space="preserve">Doris </w:t>
      </w:r>
      <w:proofErr w:type="spellStart"/>
      <w:r w:rsidRPr="007B01A8">
        <w:rPr>
          <w:rStyle w:val="Siln"/>
          <w:rFonts w:ascii="Calibri" w:hAnsi="Calibri" w:cs="Calibri"/>
          <w:color w:val="000000"/>
          <w:sz w:val="22"/>
          <w:szCs w:val="22"/>
        </w:rPr>
        <w:t>Getzinger</w:t>
      </w:r>
      <w:proofErr w:type="spellEnd"/>
      <w:r w:rsidRPr="007B01A8">
        <w:rPr>
          <w:rStyle w:val="Siln"/>
          <w:rFonts w:ascii="Calibri" w:hAnsi="Calibri" w:cs="Calibri"/>
          <w:color w:val="000000"/>
          <w:sz w:val="22"/>
          <w:szCs w:val="22"/>
        </w:rPr>
        <w:t>, AT</w:t>
      </w:r>
      <w:r w:rsidRPr="007B01A8">
        <w:rPr>
          <w:rStyle w:val="apple-converted-space"/>
          <w:rFonts w:ascii="Calibri" w:hAnsi="Calibri" w:cs="Calibri"/>
          <w:color w:val="000000"/>
          <w:sz w:val="22"/>
          <w:szCs w:val="22"/>
        </w:rPr>
        <w:t> </w:t>
      </w:r>
      <w:r w:rsidRPr="007B01A8">
        <w:rPr>
          <w:rFonts w:ascii="Calibri" w:hAnsi="Calibri" w:cs="Calibri"/>
          <w:color w:val="000000"/>
          <w:sz w:val="22"/>
          <w:szCs w:val="22"/>
        </w:rPr>
        <w:t xml:space="preserve">– deerhound, greyhound, italský chrtík, maďarský chrt, polský chrt, </w:t>
      </w:r>
      <w:proofErr w:type="spellStart"/>
      <w:r w:rsidRPr="007B01A8">
        <w:rPr>
          <w:rFonts w:ascii="Calibri" w:hAnsi="Calibri" w:cs="Calibri"/>
          <w:color w:val="000000"/>
          <w:sz w:val="22"/>
          <w:szCs w:val="22"/>
        </w:rPr>
        <w:t>sloughi</w:t>
      </w:r>
      <w:proofErr w:type="spellEnd"/>
      <w:r w:rsidRPr="007B01A8">
        <w:rPr>
          <w:rFonts w:ascii="Calibri" w:hAnsi="Calibri" w:cs="Calibri"/>
          <w:color w:val="000000"/>
          <w:sz w:val="22"/>
          <w:szCs w:val="22"/>
        </w:rPr>
        <w:t xml:space="preserve">, dlouhosrstý </w:t>
      </w:r>
      <w:proofErr w:type="spellStart"/>
      <w:r w:rsidRPr="007B01A8">
        <w:rPr>
          <w:rFonts w:ascii="Calibri" w:hAnsi="Calibri" w:cs="Calibri"/>
          <w:color w:val="000000"/>
          <w:sz w:val="22"/>
          <w:szCs w:val="22"/>
        </w:rPr>
        <w:t>vipet</w:t>
      </w:r>
      <w:proofErr w:type="spellEnd"/>
      <w:r w:rsidRPr="007B01A8">
        <w:rPr>
          <w:rFonts w:ascii="Calibri" w:hAnsi="Calibri" w:cs="Calibri"/>
          <w:color w:val="000000"/>
          <w:sz w:val="22"/>
          <w:szCs w:val="22"/>
        </w:rPr>
        <w:br/>
      </w:r>
      <w:r w:rsidRPr="007B01A8">
        <w:rPr>
          <w:rStyle w:val="Siln"/>
          <w:rFonts w:ascii="Calibri" w:hAnsi="Calibri" w:cs="Calibri"/>
          <w:color w:val="000000"/>
          <w:sz w:val="22"/>
          <w:szCs w:val="22"/>
        </w:rPr>
        <w:t>Maximilian Mayer, AT</w:t>
      </w:r>
      <w:r w:rsidRPr="007B01A8">
        <w:rPr>
          <w:rStyle w:val="apple-converted-space"/>
          <w:rFonts w:ascii="Calibri" w:hAnsi="Calibri" w:cs="Calibri"/>
          <w:color w:val="000000"/>
          <w:sz w:val="22"/>
          <w:szCs w:val="22"/>
        </w:rPr>
        <w:t> </w:t>
      </w:r>
      <w:r w:rsidRPr="007B01A8">
        <w:rPr>
          <w:rFonts w:ascii="Calibri" w:hAnsi="Calibri" w:cs="Calibri"/>
          <w:color w:val="000000"/>
          <w:sz w:val="22"/>
          <w:szCs w:val="22"/>
        </w:rPr>
        <w:t xml:space="preserve">– afghánský chrt, </w:t>
      </w:r>
      <w:proofErr w:type="spellStart"/>
      <w:r w:rsidRPr="007B01A8">
        <w:rPr>
          <w:rFonts w:ascii="Calibri" w:hAnsi="Calibri" w:cs="Calibri"/>
          <w:color w:val="000000"/>
          <w:sz w:val="22"/>
          <w:szCs w:val="22"/>
        </w:rPr>
        <w:t>azavak</w:t>
      </w:r>
      <w:proofErr w:type="spellEnd"/>
      <w:r w:rsidRPr="007B01A8">
        <w:rPr>
          <w:rFonts w:ascii="Calibri" w:hAnsi="Calibri" w:cs="Calibri"/>
          <w:color w:val="000000"/>
          <w:sz w:val="22"/>
          <w:szCs w:val="22"/>
        </w:rPr>
        <w:t xml:space="preserve">, barzoj, irský vlkodav, španělský </w:t>
      </w:r>
      <w:proofErr w:type="spellStart"/>
      <w:r w:rsidRPr="007B01A8">
        <w:rPr>
          <w:rFonts w:ascii="Calibri" w:hAnsi="Calibri" w:cs="Calibri"/>
          <w:color w:val="000000"/>
          <w:sz w:val="22"/>
          <w:szCs w:val="22"/>
        </w:rPr>
        <w:t>galgo</w:t>
      </w:r>
      <w:proofErr w:type="spellEnd"/>
    </w:p>
    <w:p w14:paraId="39BFB83A" w14:textId="4E5C3193" w:rsidR="007B01A8" w:rsidRPr="007B01A8" w:rsidRDefault="007B01A8" w:rsidP="007B01A8">
      <w:pPr>
        <w:pStyle w:val="Nadpis3"/>
        <w:rPr>
          <w:rFonts w:ascii="Calibri" w:hAnsi="Calibri" w:cs="Calibri"/>
          <w:color w:val="000000"/>
        </w:rPr>
      </w:pPr>
      <w:r w:rsidRPr="007B01A8">
        <w:rPr>
          <w:rFonts w:ascii="Calibri" w:hAnsi="Calibri" w:cs="Calibri"/>
          <w:color w:val="000000"/>
        </w:rPr>
        <w:t>MEMORIÁL VLADIMÍRA PANUŠKY (CAC)</w:t>
      </w:r>
      <w:r>
        <w:rPr>
          <w:rFonts w:ascii="Calibri" w:hAnsi="Calibri" w:cs="Calibri"/>
          <w:color w:val="000000"/>
        </w:rPr>
        <w:t xml:space="preserve"> - </w:t>
      </w:r>
      <w:r w:rsidRPr="007B01A8">
        <w:rPr>
          <w:rStyle w:val="Siln"/>
          <w:rFonts w:ascii="Calibri" w:hAnsi="Calibri" w:cs="Calibri"/>
          <w:color w:val="000000"/>
        </w:rPr>
        <w:t>3. 5. 2026</w:t>
      </w:r>
    </w:p>
    <w:p w14:paraId="7218E6F7" w14:textId="08DC33FA" w:rsidR="007B01A8" w:rsidRPr="00FB40BE" w:rsidRDefault="007B01A8" w:rsidP="00FB40BE">
      <w:pPr>
        <w:pStyle w:val="Normlnweb"/>
        <w:rPr>
          <w:rFonts w:ascii="Calibri" w:hAnsi="Calibri" w:cs="Calibri"/>
          <w:color w:val="000000"/>
          <w:sz w:val="22"/>
          <w:szCs w:val="22"/>
        </w:rPr>
        <w:sectPr w:rsidR="007B01A8" w:rsidRPr="00FB40BE" w:rsidSect="007B01A8">
          <w:type w:val="continuous"/>
          <w:pgSz w:w="12240" w:h="15840"/>
          <w:pgMar w:top="1440" w:right="1800" w:bottom="1440" w:left="1800" w:header="720" w:footer="720" w:gutter="0"/>
          <w:cols w:num="2" w:space="720"/>
          <w:docGrid w:linePitch="360"/>
        </w:sectPr>
      </w:pPr>
      <w:r w:rsidRPr="007B01A8">
        <w:rPr>
          <w:rStyle w:val="Siln"/>
          <w:rFonts w:ascii="Calibri" w:hAnsi="Calibri" w:cs="Calibri"/>
          <w:color w:val="000000"/>
          <w:sz w:val="22"/>
          <w:szCs w:val="22"/>
        </w:rPr>
        <w:t xml:space="preserve">Luke </w:t>
      </w:r>
      <w:proofErr w:type="spellStart"/>
      <w:r w:rsidRPr="007B01A8">
        <w:rPr>
          <w:rStyle w:val="Siln"/>
          <w:rFonts w:ascii="Calibri" w:hAnsi="Calibri" w:cs="Calibri"/>
          <w:color w:val="000000"/>
          <w:sz w:val="22"/>
          <w:szCs w:val="22"/>
        </w:rPr>
        <w:t>Johnston</w:t>
      </w:r>
      <w:proofErr w:type="spellEnd"/>
      <w:r w:rsidRPr="007B01A8">
        <w:rPr>
          <w:rStyle w:val="Siln"/>
          <w:rFonts w:ascii="Calibri" w:hAnsi="Calibri" w:cs="Calibri"/>
          <w:color w:val="000000"/>
          <w:sz w:val="22"/>
          <w:szCs w:val="22"/>
        </w:rPr>
        <w:t>, UK</w:t>
      </w:r>
      <w:r w:rsidRPr="007B01A8">
        <w:rPr>
          <w:rStyle w:val="apple-converted-space"/>
          <w:rFonts w:ascii="Calibri" w:hAnsi="Calibri" w:cs="Calibri"/>
          <w:color w:val="000000"/>
          <w:sz w:val="22"/>
          <w:szCs w:val="22"/>
        </w:rPr>
        <w:t> </w:t>
      </w:r>
      <w:r w:rsidRPr="007B01A8">
        <w:rPr>
          <w:rFonts w:ascii="Calibri" w:hAnsi="Calibri" w:cs="Calibri"/>
          <w:color w:val="000000"/>
          <w:sz w:val="22"/>
          <w:szCs w:val="22"/>
        </w:rPr>
        <w:t xml:space="preserve">– deerhound, </w:t>
      </w:r>
      <w:proofErr w:type="spellStart"/>
      <w:r w:rsidRPr="007B01A8">
        <w:rPr>
          <w:rFonts w:ascii="Calibri" w:hAnsi="Calibri" w:cs="Calibri"/>
          <w:color w:val="000000"/>
          <w:sz w:val="22"/>
          <w:szCs w:val="22"/>
        </w:rPr>
        <w:t>saluki</w:t>
      </w:r>
      <w:proofErr w:type="spellEnd"/>
      <w:r w:rsidRPr="007B01A8">
        <w:rPr>
          <w:rFonts w:ascii="Calibri" w:hAnsi="Calibri" w:cs="Calibri"/>
          <w:color w:val="000000"/>
          <w:sz w:val="22"/>
          <w:szCs w:val="22"/>
        </w:rPr>
        <w:br/>
      </w:r>
      <w:r w:rsidRPr="007B01A8">
        <w:rPr>
          <w:rStyle w:val="Siln"/>
          <w:rFonts w:ascii="Calibri" w:hAnsi="Calibri" w:cs="Calibri"/>
          <w:color w:val="000000"/>
          <w:sz w:val="22"/>
          <w:szCs w:val="22"/>
        </w:rPr>
        <w:t xml:space="preserve">Helen </w:t>
      </w:r>
      <w:proofErr w:type="spellStart"/>
      <w:r w:rsidRPr="007B01A8">
        <w:rPr>
          <w:rStyle w:val="Siln"/>
          <w:rFonts w:ascii="Calibri" w:hAnsi="Calibri" w:cs="Calibri"/>
          <w:color w:val="000000"/>
          <w:sz w:val="22"/>
          <w:szCs w:val="22"/>
        </w:rPr>
        <w:t>Johnston</w:t>
      </w:r>
      <w:proofErr w:type="spellEnd"/>
      <w:r w:rsidRPr="007B01A8">
        <w:rPr>
          <w:rStyle w:val="Siln"/>
          <w:rFonts w:ascii="Calibri" w:hAnsi="Calibri" w:cs="Calibri"/>
          <w:color w:val="000000"/>
          <w:sz w:val="22"/>
          <w:szCs w:val="22"/>
        </w:rPr>
        <w:t>, UK</w:t>
      </w:r>
      <w:r w:rsidRPr="007B01A8">
        <w:rPr>
          <w:rStyle w:val="apple-converted-space"/>
          <w:rFonts w:ascii="Calibri" w:hAnsi="Calibri" w:cs="Calibri"/>
          <w:color w:val="000000"/>
          <w:sz w:val="22"/>
          <w:szCs w:val="22"/>
        </w:rPr>
        <w:t> </w:t>
      </w:r>
      <w:r w:rsidRPr="007B01A8">
        <w:rPr>
          <w:rFonts w:ascii="Calibri" w:hAnsi="Calibri" w:cs="Calibri"/>
          <w:color w:val="000000"/>
          <w:sz w:val="22"/>
          <w:szCs w:val="22"/>
        </w:rPr>
        <w:t>– whippet</w:t>
      </w:r>
      <w:r w:rsidRPr="007B01A8">
        <w:rPr>
          <w:rFonts w:ascii="Calibri" w:hAnsi="Calibri" w:cs="Calibri"/>
          <w:color w:val="000000"/>
          <w:sz w:val="22"/>
          <w:szCs w:val="22"/>
        </w:rPr>
        <w:br/>
      </w:r>
      <w:r w:rsidRPr="007B01A8">
        <w:rPr>
          <w:rStyle w:val="Siln"/>
          <w:rFonts w:ascii="Calibri" w:hAnsi="Calibri" w:cs="Calibri"/>
          <w:color w:val="000000"/>
          <w:sz w:val="22"/>
          <w:szCs w:val="22"/>
        </w:rPr>
        <w:t xml:space="preserve">Doris </w:t>
      </w:r>
      <w:proofErr w:type="spellStart"/>
      <w:r w:rsidRPr="007B01A8">
        <w:rPr>
          <w:rStyle w:val="Siln"/>
          <w:rFonts w:ascii="Calibri" w:hAnsi="Calibri" w:cs="Calibri"/>
          <w:color w:val="000000"/>
          <w:sz w:val="22"/>
          <w:szCs w:val="22"/>
        </w:rPr>
        <w:t>Getzinger</w:t>
      </w:r>
      <w:proofErr w:type="spellEnd"/>
      <w:r w:rsidRPr="007B01A8">
        <w:rPr>
          <w:rStyle w:val="Siln"/>
          <w:rFonts w:ascii="Calibri" w:hAnsi="Calibri" w:cs="Calibri"/>
          <w:color w:val="000000"/>
          <w:sz w:val="22"/>
          <w:szCs w:val="22"/>
        </w:rPr>
        <w:t>, AT</w:t>
      </w:r>
      <w:r w:rsidRPr="007B01A8">
        <w:rPr>
          <w:rStyle w:val="apple-converted-space"/>
          <w:rFonts w:ascii="Calibri" w:hAnsi="Calibri" w:cs="Calibri"/>
          <w:color w:val="000000"/>
          <w:sz w:val="22"/>
          <w:szCs w:val="22"/>
        </w:rPr>
        <w:t> </w:t>
      </w:r>
      <w:r w:rsidRPr="007B01A8">
        <w:rPr>
          <w:rFonts w:ascii="Calibri" w:hAnsi="Calibri" w:cs="Calibri"/>
          <w:color w:val="000000"/>
          <w:sz w:val="22"/>
          <w:szCs w:val="22"/>
        </w:rPr>
        <w:t xml:space="preserve">– afghánský chrt, </w:t>
      </w:r>
      <w:proofErr w:type="spellStart"/>
      <w:r w:rsidRPr="007B01A8">
        <w:rPr>
          <w:rFonts w:ascii="Calibri" w:hAnsi="Calibri" w:cs="Calibri"/>
          <w:color w:val="000000"/>
          <w:sz w:val="22"/>
          <w:szCs w:val="22"/>
        </w:rPr>
        <w:t>azavak</w:t>
      </w:r>
      <w:proofErr w:type="spellEnd"/>
      <w:r w:rsidRPr="007B01A8">
        <w:rPr>
          <w:rFonts w:ascii="Calibri" w:hAnsi="Calibri" w:cs="Calibri"/>
          <w:color w:val="000000"/>
          <w:sz w:val="22"/>
          <w:szCs w:val="22"/>
        </w:rPr>
        <w:t xml:space="preserve">, barzoj, irský vlkodav, španělský </w:t>
      </w:r>
      <w:proofErr w:type="spellStart"/>
      <w:r w:rsidRPr="007B01A8">
        <w:rPr>
          <w:rFonts w:ascii="Calibri" w:hAnsi="Calibri" w:cs="Calibri"/>
          <w:color w:val="000000"/>
          <w:sz w:val="22"/>
          <w:szCs w:val="22"/>
        </w:rPr>
        <w:t>galgo</w:t>
      </w:r>
      <w:proofErr w:type="spellEnd"/>
      <w:r w:rsidRPr="007B01A8">
        <w:rPr>
          <w:rFonts w:ascii="Calibri" w:hAnsi="Calibri" w:cs="Calibri"/>
          <w:color w:val="000000"/>
          <w:sz w:val="22"/>
          <w:szCs w:val="22"/>
        </w:rPr>
        <w:br/>
      </w:r>
      <w:r w:rsidRPr="007B01A8">
        <w:rPr>
          <w:rStyle w:val="Siln"/>
          <w:rFonts w:ascii="Calibri" w:hAnsi="Calibri" w:cs="Calibri"/>
          <w:color w:val="000000"/>
          <w:sz w:val="22"/>
          <w:szCs w:val="22"/>
        </w:rPr>
        <w:t>Maximilian Mayer, AT</w:t>
      </w:r>
      <w:r w:rsidRPr="007B01A8">
        <w:rPr>
          <w:rStyle w:val="apple-converted-space"/>
          <w:rFonts w:ascii="Calibri" w:hAnsi="Calibri" w:cs="Calibri"/>
          <w:color w:val="000000"/>
          <w:sz w:val="22"/>
          <w:szCs w:val="22"/>
        </w:rPr>
        <w:t> </w:t>
      </w:r>
      <w:r w:rsidRPr="007B01A8">
        <w:rPr>
          <w:rFonts w:ascii="Calibri" w:hAnsi="Calibri" w:cs="Calibri"/>
          <w:color w:val="000000"/>
          <w:sz w:val="22"/>
          <w:szCs w:val="22"/>
        </w:rPr>
        <w:t xml:space="preserve">– greyhound, italský chrtík, maďarský chrt, polský chrt, </w:t>
      </w:r>
      <w:proofErr w:type="spellStart"/>
      <w:r w:rsidRPr="007B01A8">
        <w:rPr>
          <w:rFonts w:ascii="Calibri" w:hAnsi="Calibri" w:cs="Calibri"/>
          <w:color w:val="000000"/>
          <w:sz w:val="22"/>
          <w:szCs w:val="22"/>
        </w:rPr>
        <w:t>sloughi</w:t>
      </w:r>
      <w:proofErr w:type="spellEnd"/>
      <w:r w:rsidRPr="007B01A8">
        <w:rPr>
          <w:rFonts w:ascii="Calibri" w:hAnsi="Calibri" w:cs="Calibri"/>
          <w:color w:val="000000"/>
          <w:sz w:val="22"/>
          <w:szCs w:val="22"/>
        </w:rPr>
        <w:t xml:space="preserve">, dlouhosrstý </w:t>
      </w:r>
      <w:proofErr w:type="spellStart"/>
      <w:r w:rsidRPr="007B01A8">
        <w:rPr>
          <w:rFonts w:ascii="Calibri" w:hAnsi="Calibri" w:cs="Calibri"/>
          <w:color w:val="000000"/>
          <w:sz w:val="22"/>
          <w:szCs w:val="22"/>
        </w:rPr>
        <w:t>vipet</w:t>
      </w:r>
      <w:proofErr w:type="spellEnd"/>
    </w:p>
    <w:p w14:paraId="20F4D72D" w14:textId="1014052F" w:rsidR="007B01A8" w:rsidRDefault="00FB40BE" w:rsidP="00FB40BE">
      <w:pPr>
        <w:pStyle w:val="Nadpis2"/>
        <w:rPr>
          <w:lang w:val="cs-CZ"/>
        </w:rPr>
      </w:pPr>
      <w:r>
        <w:rPr>
          <w:lang w:val="cs-CZ"/>
        </w:rPr>
        <w:t xml:space="preserve">UZÁVĚRKY </w:t>
      </w:r>
    </w:p>
    <w:p w14:paraId="080E6807" w14:textId="77777777" w:rsidR="00FB40BE" w:rsidRDefault="00FB40BE" w:rsidP="00FB40BE">
      <w:pPr>
        <w:pStyle w:val="Odstavecseseznamem"/>
        <w:numPr>
          <w:ilvl w:val="0"/>
          <w:numId w:val="10"/>
        </w:numPr>
        <w:rPr>
          <w:lang w:val="cs-CZ"/>
        </w:rPr>
        <w:sectPr w:rsidR="00FB40BE" w:rsidSect="007B01A8">
          <w:type w:val="continuous"/>
          <w:pgSz w:w="12240" w:h="15840"/>
          <w:pgMar w:top="1440" w:right="1800" w:bottom="1440" w:left="1800" w:header="720" w:footer="720" w:gutter="0"/>
          <w:cols w:space="720"/>
          <w:docGrid w:linePitch="360"/>
        </w:sectPr>
      </w:pPr>
    </w:p>
    <w:p w14:paraId="00FF3081" w14:textId="1DFDB484" w:rsidR="00FB40BE" w:rsidRDefault="00FB40BE" w:rsidP="00FB40BE">
      <w:pPr>
        <w:pStyle w:val="Odstavecseseznamem"/>
        <w:numPr>
          <w:ilvl w:val="0"/>
          <w:numId w:val="10"/>
        </w:numPr>
        <w:rPr>
          <w:lang w:val="cs-CZ"/>
        </w:rPr>
      </w:pPr>
      <w:r>
        <w:rPr>
          <w:lang w:val="cs-CZ"/>
        </w:rPr>
        <w:t>25. 3. 2026</w:t>
      </w:r>
    </w:p>
    <w:p w14:paraId="6DF793FE" w14:textId="7E3ED6FE" w:rsidR="00FB40BE" w:rsidRPr="00FB40BE" w:rsidRDefault="00FB40BE" w:rsidP="00FB40BE">
      <w:pPr>
        <w:pStyle w:val="Odstavecseseznamem"/>
        <w:numPr>
          <w:ilvl w:val="0"/>
          <w:numId w:val="10"/>
        </w:numPr>
        <w:rPr>
          <w:lang w:val="cs-CZ"/>
        </w:rPr>
      </w:pPr>
      <w:r>
        <w:rPr>
          <w:lang w:val="cs-CZ"/>
        </w:rPr>
        <w:t xml:space="preserve">15. </w:t>
      </w:r>
      <w:r w:rsidR="00236A27">
        <w:rPr>
          <w:lang w:val="cs-CZ"/>
        </w:rPr>
        <w:t>4</w:t>
      </w:r>
      <w:r>
        <w:rPr>
          <w:lang w:val="cs-CZ"/>
        </w:rPr>
        <w:t>. 2026</w:t>
      </w:r>
    </w:p>
    <w:p w14:paraId="2BB998E1" w14:textId="77777777" w:rsidR="00FB40BE" w:rsidRDefault="00FB40BE" w:rsidP="00141375">
      <w:pPr>
        <w:pStyle w:val="Nadpis2"/>
        <w:rPr>
          <w:lang w:val="cs-CZ"/>
        </w:rPr>
        <w:sectPr w:rsidR="00FB40BE" w:rsidSect="00FB40BE">
          <w:type w:val="continuous"/>
          <w:pgSz w:w="12240" w:h="15840"/>
          <w:pgMar w:top="1440" w:right="1800" w:bottom="1440" w:left="1800" w:header="720" w:footer="720" w:gutter="0"/>
          <w:cols w:num="2" w:space="720"/>
          <w:docGrid w:linePitch="360"/>
        </w:sectPr>
      </w:pPr>
    </w:p>
    <w:p w14:paraId="175E5427" w14:textId="77777777" w:rsidR="00A300AF" w:rsidRPr="00045A02" w:rsidRDefault="007F1EF2" w:rsidP="00141375">
      <w:pPr>
        <w:pStyle w:val="Nadpis2"/>
        <w:rPr>
          <w:lang w:val="cs-CZ"/>
        </w:rPr>
      </w:pPr>
      <w:r w:rsidRPr="00045A02">
        <w:rPr>
          <w:lang w:val="cs-CZ"/>
        </w:rPr>
        <w:t>CENÍK VÝSTAVNÍCH POPLATKŮ</w:t>
      </w:r>
    </w:p>
    <w:p w14:paraId="06C1D7AB" w14:textId="77777777" w:rsidR="00141375" w:rsidRPr="00045A02" w:rsidRDefault="00141375">
      <w:pPr>
        <w:rPr>
          <w:lang w:val="cs-CZ"/>
        </w:rPr>
        <w:sectPr w:rsidR="00141375" w:rsidRPr="00045A02" w:rsidSect="007B01A8">
          <w:type w:val="continuous"/>
          <w:pgSz w:w="12240" w:h="15840"/>
          <w:pgMar w:top="1440" w:right="1800" w:bottom="1440" w:left="1800" w:header="720" w:footer="720" w:gutter="0"/>
          <w:cols w:space="720"/>
          <w:docGrid w:linePitch="360"/>
        </w:sectPr>
      </w:pPr>
    </w:p>
    <w:p w14:paraId="18CF2693" w14:textId="77777777" w:rsidR="00A300AF" w:rsidRPr="00045A02" w:rsidRDefault="007F1EF2">
      <w:pPr>
        <w:rPr>
          <w:b/>
          <w:bCs/>
          <w:lang w:val="cs-CZ"/>
        </w:rPr>
      </w:pPr>
      <w:r w:rsidRPr="00045A02">
        <w:rPr>
          <w:b/>
          <w:bCs/>
          <w:lang w:val="cs-CZ"/>
        </w:rPr>
        <w:t>1. UZÁVĚRKA – JEDNA VÝSTAVA</w:t>
      </w:r>
    </w:p>
    <w:p w14:paraId="5E07970A" w14:textId="77777777" w:rsidR="00A300AF" w:rsidRPr="00045A02" w:rsidRDefault="007F1EF2">
      <w:pPr>
        <w:rPr>
          <w:lang w:val="cs-CZ"/>
        </w:rPr>
      </w:pPr>
      <w:r w:rsidRPr="00045A02">
        <w:rPr>
          <w:lang w:val="cs-CZ"/>
        </w:rPr>
        <w:t>První pes: 900 Kč člen / 1000 Kč nečlen (40 € / 45 €)</w:t>
      </w:r>
    </w:p>
    <w:p w14:paraId="643A38F7" w14:textId="77777777" w:rsidR="00A300AF" w:rsidRPr="00045A02" w:rsidRDefault="007F1EF2">
      <w:pPr>
        <w:rPr>
          <w:lang w:val="cs-CZ"/>
        </w:rPr>
      </w:pPr>
      <w:r w:rsidRPr="00045A02">
        <w:rPr>
          <w:lang w:val="cs-CZ"/>
        </w:rPr>
        <w:t>Druhý pes: 800 Kč člen / 900 Kč nečlen (35 € /</w:t>
      </w:r>
      <w:r w:rsidRPr="00045A02">
        <w:rPr>
          <w:lang w:val="cs-CZ"/>
        </w:rPr>
        <w:t xml:space="preserve"> 40 €)</w:t>
      </w:r>
    </w:p>
    <w:p w14:paraId="28A84FDF" w14:textId="77777777" w:rsidR="00A300AF" w:rsidRPr="00045A02" w:rsidRDefault="007F1EF2">
      <w:pPr>
        <w:rPr>
          <w:lang w:val="cs-CZ"/>
        </w:rPr>
      </w:pPr>
      <w:r w:rsidRPr="00045A02">
        <w:rPr>
          <w:lang w:val="cs-CZ"/>
        </w:rPr>
        <w:t>Třetí a další pes: 700 Kč člen / 800 Kč nečlen (30 € / 35 €)</w:t>
      </w:r>
    </w:p>
    <w:p w14:paraId="5C0CE651" w14:textId="6AEC5EEF" w:rsidR="00A300AF" w:rsidRPr="00045A02" w:rsidRDefault="007F1EF2">
      <w:pPr>
        <w:rPr>
          <w:lang w:val="cs-CZ"/>
        </w:rPr>
      </w:pPr>
      <w:r w:rsidRPr="00045A02">
        <w:rPr>
          <w:lang w:val="cs-CZ"/>
        </w:rPr>
        <w:t xml:space="preserve">Štěňata, dorost, veterán, třída čestná: </w:t>
      </w:r>
      <w:r w:rsidR="0049338F">
        <w:rPr>
          <w:lang w:val="cs-CZ"/>
        </w:rPr>
        <w:t xml:space="preserve">400Kč člen / </w:t>
      </w:r>
      <w:r w:rsidRPr="00045A02">
        <w:rPr>
          <w:lang w:val="cs-CZ"/>
        </w:rPr>
        <w:t>500 Kč (</w:t>
      </w:r>
      <w:r w:rsidR="0049338F">
        <w:rPr>
          <w:lang w:val="cs-CZ"/>
        </w:rPr>
        <w:t xml:space="preserve">20 </w:t>
      </w:r>
      <w:r w:rsidR="0049338F" w:rsidRPr="00045A02">
        <w:rPr>
          <w:lang w:val="cs-CZ"/>
        </w:rPr>
        <w:t>€</w:t>
      </w:r>
      <w:r w:rsidR="0049338F">
        <w:rPr>
          <w:lang w:val="cs-CZ"/>
        </w:rPr>
        <w:t xml:space="preserve"> /</w:t>
      </w:r>
      <w:r w:rsidRPr="00045A02">
        <w:rPr>
          <w:lang w:val="cs-CZ"/>
        </w:rPr>
        <w:t>25 €)</w:t>
      </w:r>
    </w:p>
    <w:p w14:paraId="75EC9620" w14:textId="1C5C7D43" w:rsidR="00A300AF" w:rsidRPr="00045A02" w:rsidRDefault="007F1EF2">
      <w:pPr>
        <w:rPr>
          <w:lang w:val="cs-CZ"/>
        </w:rPr>
      </w:pPr>
      <w:r w:rsidRPr="00045A02">
        <w:rPr>
          <w:lang w:val="cs-CZ"/>
        </w:rPr>
        <w:t xml:space="preserve">Soutěže: </w:t>
      </w:r>
      <w:r w:rsidR="0049338F">
        <w:rPr>
          <w:lang w:val="cs-CZ"/>
        </w:rPr>
        <w:t xml:space="preserve">200 Kč člen / </w:t>
      </w:r>
      <w:r w:rsidRPr="00045A02">
        <w:rPr>
          <w:lang w:val="cs-CZ"/>
        </w:rPr>
        <w:t xml:space="preserve">300 Kč </w:t>
      </w:r>
      <w:r w:rsidR="0049338F">
        <w:rPr>
          <w:lang w:val="cs-CZ"/>
        </w:rPr>
        <w:t xml:space="preserve">nečlen </w:t>
      </w:r>
      <w:r w:rsidRPr="00045A02">
        <w:rPr>
          <w:lang w:val="cs-CZ"/>
        </w:rPr>
        <w:t>(</w:t>
      </w:r>
      <w:r w:rsidR="0049338F">
        <w:rPr>
          <w:lang w:val="cs-CZ"/>
        </w:rPr>
        <w:t xml:space="preserve">10 </w:t>
      </w:r>
      <w:r w:rsidR="0049338F" w:rsidRPr="00045A02">
        <w:rPr>
          <w:lang w:val="cs-CZ"/>
        </w:rPr>
        <w:t>€</w:t>
      </w:r>
      <w:r w:rsidR="0049338F">
        <w:rPr>
          <w:lang w:val="cs-CZ"/>
        </w:rPr>
        <w:t xml:space="preserve"> /</w:t>
      </w:r>
      <w:r w:rsidRPr="00045A02">
        <w:rPr>
          <w:lang w:val="cs-CZ"/>
        </w:rPr>
        <w:t>15 €)</w:t>
      </w:r>
    </w:p>
    <w:p w14:paraId="10484EA0" w14:textId="77777777" w:rsidR="00A300AF" w:rsidRPr="00045A02" w:rsidRDefault="00A300AF">
      <w:pPr>
        <w:rPr>
          <w:lang w:val="cs-CZ"/>
        </w:rPr>
      </w:pPr>
    </w:p>
    <w:p w14:paraId="40FD137C" w14:textId="77777777" w:rsidR="00A300AF" w:rsidRPr="00045A02" w:rsidRDefault="007F1EF2">
      <w:pPr>
        <w:rPr>
          <w:b/>
          <w:bCs/>
          <w:lang w:val="cs-CZ"/>
        </w:rPr>
      </w:pPr>
      <w:r w:rsidRPr="00045A02">
        <w:rPr>
          <w:b/>
          <w:bCs/>
          <w:lang w:val="cs-CZ"/>
        </w:rPr>
        <w:t>1. UZÁVĚRKA – OBĚ VÝSTAVY</w:t>
      </w:r>
    </w:p>
    <w:p w14:paraId="47E16133" w14:textId="77777777" w:rsidR="00A300AF" w:rsidRPr="00045A02" w:rsidRDefault="007F1EF2">
      <w:pPr>
        <w:rPr>
          <w:lang w:val="cs-CZ"/>
        </w:rPr>
      </w:pPr>
      <w:r w:rsidRPr="00045A02">
        <w:rPr>
          <w:lang w:val="cs-CZ"/>
        </w:rPr>
        <w:t>První pes: 1700 Kč člen / 1900 Kč nečlen (75 € / 85 €)</w:t>
      </w:r>
    </w:p>
    <w:p w14:paraId="2C5AC39C" w14:textId="77777777" w:rsidR="00A300AF" w:rsidRPr="00045A02" w:rsidRDefault="007F1EF2">
      <w:pPr>
        <w:rPr>
          <w:lang w:val="cs-CZ"/>
        </w:rPr>
      </w:pPr>
      <w:r w:rsidRPr="00045A02">
        <w:rPr>
          <w:lang w:val="cs-CZ"/>
        </w:rPr>
        <w:t>Druhý pes: 1500 Kč člen / 1700 Kč nečlen (65 € / 75 €)</w:t>
      </w:r>
    </w:p>
    <w:p w14:paraId="310F0898" w14:textId="77777777" w:rsidR="00A300AF" w:rsidRPr="00045A02" w:rsidRDefault="007F1EF2">
      <w:pPr>
        <w:rPr>
          <w:lang w:val="cs-CZ"/>
        </w:rPr>
      </w:pPr>
      <w:r w:rsidRPr="00045A02">
        <w:rPr>
          <w:lang w:val="cs-CZ"/>
        </w:rPr>
        <w:t>Třetí a další pes: 1300 Kč člen / 1500 Kč nečlen (55 € / 65 €)</w:t>
      </w:r>
    </w:p>
    <w:p w14:paraId="28C98FA7" w14:textId="4C6C4055" w:rsidR="00A300AF" w:rsidRPr="00045A02" w:rsidRDefault="007F1EF2">
      <w:pPr>
        <w:rPr>
          <w:lang w:val="cs-CZ"/>
        </w:rPr>
      </w:pPr>
      <w:r w:rsidRPr="00045A02">
        <w:rPr>
          <w:lang w:val="cs-CZ"/>
        </w:rPr>
        <w:t xml:space="preserve">Štěňata, dorost, veterán, třída čestná: </w:t>
      </w:r>
      <w:r w:rsidR="0049338F">
        <w:rPr>
          <w:lang w:val="cs-CZ"/>
        </w:rPr>
        <w:t xml:space="preserve">700 Kč člen/ </w:t>
      </w:r>
      <w:r w:rsidRPr="00045A02">
        <w:rPr>
          <w:lang w:val="cs-CZ"/>
        </w:rPr>
        <w:t xml:space="preserve">900 Kč </w:t>
      </w:r>
      <w:r w:rsidR="0049338F">
        <w:rPr>
          <w:lang w:val="cs-CZ"/>
        </w:rPr>
        <w:t xml:space="preserve">nečlen </w:t>
      </w:r>
      <w:r w:rsidRPr="00045A02">
        <w:rPr>
          <w:lang w:val="cs-CZ"/>
        </w:rPr>
        <w:t>(40 €)</w:t>
      </w:r>
    </w:p>
    <w:p w14:paraId="5798CABD" w14:textId="4A85EE0A" w:rsidR="00A300AF" w:rsidRPr="00045A02" w:rsidRDefault="007F1EF2">
      <w:pPr>
        <w:rPr>
          <w:lang w:val="cs-CZ"/>
        </w:rPr>
      </w:pPr>
      <w:r w:rsidRPr="00045A02">
        <w:rPr>
          <w:lang w:val="cs-CZ"/>
        </w:rPr>
        <w:t xml:space="preserve">Soutěže: </w:t>
      </w:r>
      <w:r w:rsidR="0049338F">
        <w:rPr>
          <w:lang w:val="cs-CZ"/>
        </w:rPr>
        <w:t xml:space="preserve">350 Kč člen / </w:t>
      </w:r>
      <w:r w:rsidRPr="00045A02">
        <w:rPr>
          <w:lang w:val="cs-CZ"/>
        </w:rPr>
        <w:t>500 Kč (</w:t>
      </w:r>
      <w:r w:rsidR="0049338F">
        <w:rPr>
          <w:lang w:val="cs-CZ"/>
        </w:rPr>
        <w:t xml:space="preserve">18 </w:t>
      </w:r>
      <w:r w:rsidR="0049338F" w:rsidRPr="00045A02">
        <w:rPr>
          <w:lang w:val="cs-CZ"/>
        </w:rPr>
        <w:t>€</w:t>
      </w:r>
      <w:r w:rsidR="0049338F">
        <w:rPr>
          <w:lang w:val="cs-CZ"/>
        </w:rPr>
        <w:t xml:space="preserve"> / </w:t>
      </w:r>
      <w:r w:rsidRPr="00045A02">
        <w:rPr>
          <w:lang w:val="cs-CZ"/>
        </w:rPr>
        <w:t>25 €)</w:t>
      </w:r>
    </w:p>
    <w:p w14:paraId="1BA6A308" w14:textId="77777777" w:rsidR="00A300AF" w:rsidRPr="00045A02" w:rsidRDefault="00A300AF">
      <w:pPr>
        <w:rPr>
          <w:lang w:val="cs-CZ"/>
        </w:rPr>
      </w:pPr>
    </w:p>
    <w:p w14:paraId="62C932BC" w14:textId="77777777" w:rsidR="00A300AF" w:rsidRPr="00045A02" w:rsidRDefault="007F1EF2">
      <w:pPr>
        <w:rPr>
          <w:b/>
          <w:bCs/>
          <w:lang w:val="cs-CZ"/>
        </w:rPr>
      </w:pPr>
      <w:r w:rsidRPr="00045A02">
        <w:rPr>
          <w:b/>
          <w:bCs/>
          <w:lang w:val="cs-CZ"/>
        </w:rPr>
        <w:t>2. UZÁVĚRKA – JEDNA VÝSTAVA</w:t>
      </w:r>
    </w:p>
    <w:p w14:paraId="5BAC456A" w14:textId="77777777" w:rsidR="00A300AF" w:rsidRPr="00045A02" w:rsidRDefault="007F1EF2">
      <w:pPr>
        <w:rPr>
          <w:lang w:val="cs-CZ"/>
        </w:rPr>
      </w:pPr>
      <w:r w:rsidRPr="00045A02">
        <w:rPr>
          <w:lang w:val="cs-CZ"/>
        </w:rPr>
        <w:t>První pes: 1000 Kč člen / 1100 Kč nečlen (45 € / 50 €)</w:t>
      </w:r>
    </w:p>
    <w:p w14:paraId="7AEFDBA8" w14:textId="77777777" w:rsidR="00A300AF" w:rsidRPr="00045A02" w:rsidRDefault="007F1EF2">
      <w:pPr>
        <w:rPr>
          <w:lang w:val="cs-CZ"/>
        </w:rPr>
      </w:pPr>
      <w:r w:rsidRPr="00045A02">
        <w:rPr>
          <w:lang w:val="cs-CZ"/>
        </w:rPr>
        <w:t>Druhý pes: 900 Kč člen / 1000 Kč nečlen (40 € / 45 €)</w:t>
      </w:r>
    </w:p>
    <w:p w14:paraId="5ECAA84D" w14:textId="77777777" w:rsidR="00A300AF" w:rsidRPr="00045A02" w:rsidRDefault="007F1EF2">
      <w:pPr>
        <w:rPr>
          <w:lang w:val="cs-CZ"/>
        </w:rPr>
      </w:pPr>
      <w:r w:rsidRPr="00045A02">
        <w:rPr>
          <w:lang w:val="cs-CZ"/>
        </w:rPr>
        <w:t>Třetí a další pes: 800 Kč člen / 900 Kč nečlen (35 € / 40 €)</w:t>
      </w:r>
    </w:p>
    <w:p w14:paraId="1FA77DF2" w14:textId="5442FDDA" w:rsidR="00A300AF" w:rsidRPr="00045A02" w:rsidRDefault="007F1EF2">
      <w:pPr>
        <w:rPr>
          <w:lang w:val="cs-CZ"/>
        </w:rPr>
      </w:pPr>
      <w:r w:rsidRPr="00045A02">
        <w:rPr>
          <w:lang w:val="cs-CZ"/>
        </w:rPr>
        <w:t xml:space="preserve">Štěňata, dorost, veterán, třída čestná: </w:t>
      </w:r>
      <w:r w:rsidR="00B663F9">
        <w:rPr>
          <w:lang w:val="cs-CZ"/>
        </w:rPr>
        <w:t xml:space="preserve">500 Kč člen / </w:t>
      </w:r>
      <w:r w:rsidRPr="00045A02">
        <w:rPr>
          <w:lang w:val="cs-CZ"/>
        </w:rPr>
        <w:t>600 Kč</w:t>
      </w:r>
      <w:r w:rsidR="00B663F9">
        <w:rPr>
          <w:lang w:val="cs-CZ"/>
        </w:rPr>
        <w:t xml:space="preserve"> nečlen</w:t>
      </w:r>
      <w:r w:rsidRPr="00045A02">
        <w:rPr>
          <w:lang w:val="cs-CZ"/>
        </w:rPr>
        <w:t xml:space="preserve"> (</w:t>
      </w:r>
      <w:r w:rsidR="00B663F9">
        <w:rPr>
          <w:lang w:val="cs-CZ"/>
        </w:rPr>
        <w:t xml:space="preserve">25 </w:t>
      </w:r>
      <w:r w:rsidR="00B663F9" w:rsidRPr="00045A02">
        <w:rPr>
          <w:lang w:val="cs-CZ"/>
        </w:rPr>
        <w:t>€</w:t>
      </w:r>
      <w:r w:rsidR="00B663F9">
        <w:rPr>
          <w:lang w:val="cs-CZ"/>
        </w:rPr>
        <w:t xml:space="preserve"> / </w:t>
      </w:r>
      <w:r w:rsidRPr="00045A02">
        <w:rPr>
          <w:lang w:val="cs-CZ"/>
        </w:rPr>
        <w:t>30 €)</w:t>
      </w:r>
    </w:p>
    <w:p w14:paraId="77977CEF" w14:textId="7CE10496" w:rsidR="00A300AF" w:rsidRPr="00045A02" w:rsidRDefault="007F1EF2">
      <w:pPr>
        <w:rPr>
          <w:lang w:val="cs-CZ"/>
        </w:rPr>
      </w:pPr>
      <w:r w:rsidRPr="00045A02">
        <w:rPr>
          <w:lang w:val="cs-CZ"/>
        </w:rPr>
        <w:t xml:space="preserve">Soutěže: </w:t>
      </w:r>
      <w:r w:rsidR="0049338F">
        <w:rPr>
          <w:lang w:val="cs-CZ"/>
        </w:rPr>
        <w:t xml:space="preserve">300 Kč člen / </w:t>
      </w:r>
      <w:r w:rsidRPr="00045A02">
        <w:rPr>
          <w:lang w:val="cs-CZ"/>
        </w:rPr>
        <w:t xml:space="preserve">400 Kč </w:t>
      </w:r>
      <w:r w:rsidR="00B663F9">
        <w:rPr>
          <w:lang w:val="cs-CZ"/>
        </w:rPr>
        <w:t xml:space="preserve">nečlen </w:t>
      </w:r>
      <w:r w:rsidRPr="00045A02">
        <w:rPr>
          <w:lang w:val="cs-CZ"/>
        </w:rPr>
        <w:t>(</w:t>
      </w:r>
      <w:r w:rsidR="0049338F">
        <w:rPr>
          <w:lang w:val="cs-CZ"/>
        </w:rPr>
        <w:t xml:space="preserve">15 </w:t>
      </w:r>
      <w:r w:rsidR="0049338F" w:rsidRPr="00045A02">
        <w:rPr>
          <w:lang w:val="cs-CZ"/>
        </w:rPr>
        <w:t>€</w:t>
      </w:r>
      <w:r w:rsidR="0049338F">
        <w:rPr>
          <w:lang w:val="cs-CZ"/>
        </w:rPr>
        <w:t xml:space="preserve"> / </w:t>
      </w:r>
      <w:r w:rsidRPr="00045A02">
        <w:rPr>
          <w:lang w:val="cs-CZ"/>
        </w:rPr>
        <w:t>20 €)</w:t>
      </w:r>
    </w:p>
    <w:p w14:paraId="09A0DCBB" w14:textId="77777777" w:rsidR="00A300AF" w:rsidRPr="00045A02" w:rsidRDefault="00A300AF">
      <w:pPr>
        <w:rPr>
          <w:lang w:val="cs-CZ"/>
        </w:rPr>
      </w:pPr>
    </w:p>
    <w:p w14:paraId="7B40A7CE" w14:textId="77777777" w:rsidR="00A300AF" w:rsidRPr="00045A02" w:rsidRDefault="007F1EF2">
      <w:pPr>
        <w:rPr>
          <w:b/>
          <w:bCs/>
          <w:lang w:val="cs-CZ"/>
        </w:rPr>
      </w:pPr>
      <w:r w:rsidRPr="00045A02">
        <w:rPr>
          <w:b/>
          <w:bCs/>
          <w:lang w:val="cs-CZ"/>
        </w:rPr>
        <w:t>2. UZÁVĚRKA – OBĚ VÝSTAVY</w:t>
      </w:r>
    </w:p>
    <w:p w14:paraId="7A727AAD" w14:textId="77777777" w:rsidR="00A300AF" w:rsidRPr="00045A02" w:rsidRDefault="007F1EF2">
      <w:pPr>
        <w:rPr>
          <w:lang w:val="cs-CZ"/>
        </w:rPr>
      </w:pPr>
      <w:r w:rsidRPr="00045A02">
        <w:rPr>
          <w:lang w:val="cs-CZ"/>
        </w:rPr>
        <w:t>První pes: 1800 Kč člen / 2000 Kč nečlen (75 € / 85 €)</w:t>
      </w:r>
    </w:p>
    <w:p w14:paraId="14D92DD2" w14:textId="77777777" w:rsidR="00A300AF" w:rsidRPr="00045A02" w:rsidRDefault="007F1EF2">
      <w:pPr>
        <w:rPr>
          <w:lang w:val="cs-CZ"/>
        </w:rPr>
      </w:pPr>
      <w:r w:rsidRPr="00045A02">
        <w:rPr>
          <w:lang w:val="cs-CZ"/>
        </w:rPr>
        <w:t>Druhý pes: 1600 Kč člen / 1800 Kč nečlen (70 € / 75 €)</w:t>
      </w:r>
    </w:p>
    <w:p w14:paraId="6ABF8536" w14:textId="77777777" w:rsidR="00A300AF" w:rsidRPr="00045A02" w:rsidRDefault="007F1EF2">
      <w:pPr>
        <w:rPr>
          <w:lang w:val="cs-CZ"/>
        </w:rPr>
      </w:pPr>
      <w:r w:rsidRPr="00045A02">
        <w:rPr>
          <w:lang w:val="cs-CZ"/>
        </w:rPr>
        <w:t>Třetí a další pes: 1400 Kč člen / 1600 Kč nečlen (60 € / 70 €)</w:t>
      </w:r>
    </w:p>
    <w:p w14:paraId="50666419" w14:textId="55F949C1" w:rsidR="00A300AF" w:rsidRPr="00045A02" w:rsidRDefault="007F1EF2">
      <w:pPr>
        <w:rPr>
          <w:lang w:val="cs-CZ"/>
        </w:rPr>
      </w:pPr>
      <w:r w:rsidRPr="00045A02">
        <w:rPr>
          <w:lang w:val="cs-CZ"/>
        </w:rPr>
        <w:t xml:space="preserve">Štěňata, dorost, veterán, třída čestná: </w:t>
      </w:r>
      <w:r w:rsidR="00B663F9">
        <w:rPr>
          <w:lang w:val="cs-CZ"/>
        </w:rPr>
        <w:t xml:space="preserve">900 Kč člen / </w:t>
      </w:r>
      <w:r w:rsidRPr="00045A02">
        <w:rPr>
          <w:lang w:val="cs-CZ"/>
        </w:rPr>
        <w:t xml:space="preserve">1000 Kč </w:t>
      </w:r>
      <w:r w:rsidR="00B663F9">
        <w:rPr>
          <w:lang w:val="cs-CZ"/>
        </w:rPr>
        <w:t xml:space="preserve">nečlen </w:t>
      </w:r>
      <w:r w:rsidRPr="00045A02">
        <w:rPr>
          <w:lang w:val="cs-CZ"/>
        </w:rPr>
        <w:t>(</w:t>
      </w:r>
      <w:r w:rsidR="00B663F9">
        <w:rPr>
          <w:lang w:val="cs-CZ"/>
        </w:rPr>
        <w:t xml:space="preserve">40 </w:t>
      </w:r>
      <w:r w:rsidR="00B663F9" w:rsidRPr="00045A02">
        <w:rPr>
          <w:lang w:val="cs-CZ"/>
        </w:rPr>
        <w:t>€</w:t>
      </w:r>
      <w:r w:rsidR="00B663F9">
        <w:rPr>
          <w:lang w:val="cs-CZ"/>
        </w:rPr>
        <w:t xml:space="preserve"> / </w:t>
      </w:r>
      <w:r w:rsidRPr="00045A02">
        <w:rPr>
          <w:lang w:val="cs-CZ"/>
        </w:rPr>
        <w:t>45 €)</w:t>
      </w:r>
    </w:p>
    <w:p w14:paraId="031AFA1D" w14:textId="6D36DC3D" w:rsidR="00A300AF" w:rsidRPr="00045A02" w:rsidRDefault="007F1EF2">
      <w:pPr>
        <w:rPr>
          <w:lang w:val="cs-CZ"/>
        </w:rPr>
      </w:pPr>
      <w:r w:rsidRPr="00045A02">
        <w:rPr>
          <w:lang w:val="cs-CZ"/>
        </w:rPr>
        <w:t xml:space="preserve">Soutěže: </w:t>
      </w:r>
      <w:r w:rsidR="00B663F9">
        <w:rPr>
          <w:lang w:val="cs-CZ"/>
        </w:rPr>
        <w:t>550</w:t>
      </w:r>
      <w:r w:rsidRPr="00045A02">
        <w:rPr>
          <w:lang w:val="cs-CZ"/>
        </w:rPr>
        <w:t xml:space="preserve"> Kč</w:t>
      </w:r>
      <w:r w:rsidR="00B663F9">
        <w:rPr>
          <w:lang w:val="cs-CZ"/>
        </w:rPr>
        <w:t xml:space="preserve"> člen / 700 Kč nečlen</w:t>
      </w:r>
      <w:r w:rsidRPr="00045A02">
        <w:rPr>
          <w:lang w:val="cs-CZ"/>
        </w:rPr>
        <w:t xml:space="preserve"> (30 €)</w:t>
      </w:r>
    </w:p>
    <w:p w14:paraId="557B606F" w14:textId="77777777" w:rsidR="00141375" w:rsidRPr="00045A02" w:rsidRDefault="00141375" w:rsidP="00141375">
      <w:pPr>
        <w:rPr>
          <w:lang w:val="cs-CZ"/>
        </w:rPr>
        <w:sectPr w:rsidR="00141375" w:rsidRPr="00045A02" w:rsidSect="00141375">
          <w:type w:val="continuous"/>
          <w:pgSz w:w="12240" w:h="15840"/>
          <w:pgMar w:top="1440" w:right="1800" w:bottom="1440" w:left="1800" w:header="720" w:footer="720" w:gutter="0"/>
          <w:cols w:num="2" w:space="720"/>
          <w:docGrid w:linePitch="360"/>
        </w:sectPr>
      </w:pPr>
    </w:p>
    <w:p w14:paraId="4AFB6403" w14:textId="77777777" w:rsidR="00141375" w:rsidRPr="00045A02" w:rsidRDefault="00141375" w:rsidP="00141375">
      <w:pPr>
        <w:jc w:val="center"/>
        <w:rPr>
          <w:lang w:val="cs-CZ"/>
        </w:rPr>
      </w:pPr>
      <w:r w:rsidRPr="00045A02">
        <w:rPr>
          <w:lang w:val="cs-CZ"/>
        </w:rPr>
        <w:t xml:space="preserve">Katalog: elektronická verze bude v den vystavování vašeho psa k dispozici ve formátu PDF na stránkách klubu: </w:t>
      </w:r>
      <w:hyperlink r:id="rId10" w:history="1">
        <w:r w:rsidRPr="00045A02">
          <w:rPr>
            <w:rStyle w:val="Hypertextovodkaz"/>
            <w:lang w:val="cs-CZ"/>
          </w:rPr>
          <w:t>http://kchch.estranky.cz</w:t>
        </w:r>
      </w:hyperlink>
    </w:p>
    <w:p w14:paraId="46120A58" w14:textId="7F09ECDA" w:rsidR="00141375" w:rsidRDefault="00141375" w:rsidP="00141375">
      <w:pPr>
        <w:pStyle w:val="Nadpis2"/>
        <w:rPr>
          <w:lang w:val="cs-CZ"/>
        </w:rPr>
      </w:pPr>
      <w:r w:rsidRPr="00045A02">
        <w:rPr>
          <w:lang w:val="cs-CZ"/>
        </w:rPr>
        <w:t>Pokyny k</w:t>
      </w:r>
      <w:r w:rsidR="00045A02">
        <w:rPr>
          <w:lang w:val="cs-CZ"/>
        </w:rPr>
        <w:t> </w:t>
      </w:r>
      <w:r w:rsidRPr="00045A02">
        <w:rPr>
          <w:lang w:val="cs-CZ"/>
        </w:rPr>
        <w:t>platbě</w:t>
      </w:r>
    </w:p>
    <w:p w14:paraId="05A5550C" w14:textId="77777777" w:rsidR="00045A02" w:rsidRPr="00045A02" w:rsidRDefault="00045A02" w:rsidP="00045A02">
      <w:pPr>
        <w:rPr>
          <w:lang w:val="cs-CZ"/>
        </w:rPr>
      </w:pPr>
    </w:p>
    <w:p w14:paraId="3D23B819" w14:textId="77777777" w:rsidR="00141375" w:rsidRPr="00045A02" w:rsidRDefault="00141375" w:rsidP="00141375">
      <w:pPr>
        <w:jc w:val="center"/>
        <w:rPr>
          <w:lang w:val="cs-CZ"/>
        </w:rPr>
      </w:pPr>
      <w:r w:rsidRPr="00045A02">
        <w:rPr>
          <w:lang w:val="cs-CZ"/>
        </w:rPr>
        <w:t>Po dokončení přihlášky vám systém DO vygeneruje variabilní symbol a částku k úhradě. Platby složenkou ani platby v hotovosti na místě nepřijímáme.</w:t>
      </w:r>
    </w:p>
    <w:p w14:paraId="1E5A60AA" w14:textId="77777777" w:rsidR="00141375" w:rsidRPr="00045A02" w:rsidRDefault="00141375" w:rsidP="00141375">
      <w:pPr>
        <w:rPr>
          <w:lang w:val="cs-CZ"/>
        </w:rPr>
      </w:pPr>
    </w:p>
    <w:p w14:paraId="7EAC0869" w14:textId="77777777" w:rsidR="00141375" w:rsidRPr="00045A02" w:rsidRDefault="00141375" w:rsidP="00141375">
      <w:pPr>
        <w:rPr>
          <w:lang w:val="cs-CZ"/>
        </w:rPr>
      </w:pPr>
    </w:p>
    <w:p w14:paraId="0C3B1B79" w14:textId="77777777" w:rsidR="00141375" w:rsidRPr="00045A02" w:rsidRDefault="00141375" w:rsidP="00141375">
      <w:pPr>
        <w:rPr>
          <w:b/>
          <w:bCs/>
          <w:noProof/>
          <w:lang w:val="cs-CZ"/>
        </w:rPr>
      </w:pPr>
      <w:r w:rsidRPr="00045A02">
        <w:rPr>
          <w:b/>
          <w:bCs/>
          <w:lang w:val="cs-CZ"/>
        </w:rPr>
        <w:t xml:space="preserve">Platby v CZK: </w:t>
      </w:r>
    </w:p>
    <w:p w14:paraId="5299AFE5" w14:textId="77777777" w:rsidR="00141375" w:rsidRPr="00045A02" w:rsidRDefault="00141375" w:rsidP="00141375">
      <w:pPr>
        <w:rPr>
          <w:lang w:val="cs-CZ"/>
        </w:rPr>
      </w:pPr>
      <w:r w:rsidRPr="00045A02">
        <w:rPr>
          <w:lang w:val="cs-CZ"/>
        </w:rPr>
        <w:t>Číslo účtu: 157852244/0300</w:t>
      </w:r>
    </w:p>
    <w:p w14:paraId="6CFDD435" w14:textId="77777777" w:rsidR="00141375" w:rsidRPr="00045A02" w:rsidRDefault="00141375" w:rsidP="00141375">
      <w:pPr>
        <w:rPr>
          <w:lang w:val="cs-CZ"/>
        </w:rPr>
      </w:pPr>
      <w:r w:rsidRPr="00045A02">
        <w:rPr>
          <w:lang w:val="cs-CZ"/>
        </w:rPr>
        <w:t>Banka: ČSOB</w:t>
      </w:r>
    </w:p>
    <w:p w14:paraId="60C2E44C" w14:textId="77777777" w:rsidR="00141375" w:rsidRPr="00045A02" w:rsidRDefault="00141375" w:rsidP="00141375">
      <w:pPr>
        <w:rPr>
          <w:lang w:val="cs-CZ"/>
        </w:rPr>
      </w:pPr>
      <w:r w:rsidRPr="00045A02">
        <w:rPr>
          <w:lang w:val="cs-CZ"/>
        </w:rPr>
        <w:t xml:space="preserve">VS: vygenerovaný v </w:t>
      </w:r>
      <w:proofErr w:type="spellStart"/>
      <w:r w:rsidRPr="00045A02">
        <w:rPr>
          <w:lang w:val="cs-CZ"/>
        </w:rPr>
        <w:t>Dogoffice</w:t>
      </w:r>
      <w:proofErr w:type="spellEnd"/>
    </w:p>
    <w:p w14:paraId="2FBD18CB" w14:textId="77777777" w:rsidR="00141375" w:rsidRPr="00045A02" w:rsidRDefault="00141375" w:rsidP="00141375">
      <w:pPr>
        <w:rPr>
          <w:b/>
          <w:bCs/>
          <w:lang w:val="cs-CZ"/>
        </w:rPr>
      </w:pPr>
      <w:r w:rsidRPr="00045A02">
        <w:rPr>
          <w:b/>
          <w:bCs/>
          <w:lang w:val="cs-CZ"/>
        </w:rPr>
        <w:t>Platba v EUR:</w:t>
      </w:r>
    </w:p>
    <w:p w14:paraId="5DAF82D5" w14:textId="77777777" w:rsidR="00141375" w:rsidRPr="00045A02" w:rsidRDefault="00141375" w:rsidP="00141375">
      <w:pPr>
        <w:rPr>
          <w:lang w:val="cs-CZ"/>
        </w:rPr>
      </w:pPr>
      <w:r w:rsidRPr="00045A02">
        <w:rPr>
          <w:lang w:val="cs-CZ"/>
        </w:rPr>
        <w:t>Přihlášky nezaplacené do data uzávěrky budou bez upozornění odmítnuté.</w:t>
      </w:r>
    </w:p>
    <w:p w14:paraId="313B140D" w14:textId="77777777" w:rsidR="00141375" w:rsidRPr="00045A02" w:rsidRDefault="00141375" w:rsidP="00141375">
      <w:pPr>
        <w:rPr>
          <w:lang w:val="cs-CZ"/>
        </w:rPr>
      </w:pPr>
    </w:p>
    <w:p w14:paraId="427CF510" w14:textId="77777777" w:rsidR="00141375" w:rsidRPr="00045A02" w:rsidRDefault="00141375" w:rsidP="00141375">
      <w:pPr>
        <w:pStyle w:val="Nadpis2"/>
        <w:rPr>
          <w:lang w:val="cs-CZ"/>
        </w:rPr>
      </w:pPr>
      <w:r w:rsidRPr="00045A02">
        <w:rPr>
          <w:lang w:val="cs-CZ"/>
        </w:rPr>
        <w:t xml:space="preserve">Důležité upozornění: </w:t>
      </w:r>
    </w:p>
    <w:p w14:paraId="4ED24572" w14:textId="77777777" w:rsidR="00141375" w:rsidRPr="00045A02" w:rsidRDefault="00141375" w:rsidP="00141375">
      <w:pPr>
        <w:rPr>
          <w:lang w:val="cs-CZ"/>
        </w:rPr>
      </w:pPr>
      <w:r w:rsidRPr="00045A02">
        <w:rPr>
          <w:lang w:val="cs-CZ"/>
        </w:rPr>
        <w:t>Ke každé přihlášce psa musí být přiložena oboustranná kopie průkazu původu s vyplněným majitelem (spolumajiteli psa), fotokopie dalších náležitostí pro zařazení psa do třídy pracovní, šampionů nebo čestné.</w:t>
      </w:r>
    </w:p>
    <w:p w14:paraId="73BF100F" w14:textId="77777777" w:rsidR="00141375" w:rsidRPr="00045A02" w:rsidRDefault="00141375" w:rsidP="00141375">
      <w:pPr>
        <w:rPr>
          <w:lang w:val="cs-CZ"/>
        </w:rPr>
      </w:pPr>
      <w:r w:rsidRPr="00045A02">
        <w:rPr>
          <w:lang w:val="cs-CZ"/>
        </w:rPr>
        <w:t>Při platbě uveďte prosím do poznámek pro příjemce jméno majitele účtu v dogoffice.cz.</w:t>
      </w:r>
    </w:p>
    <w:p w14:paraId="03D81400" w14:textId="77777777" w:rsidR="00141375" w:rsidRPr="00045A02" w:rsidRDefault="00141375" w:rsidP="00141375">
      <w:pPr>
        <w:rPr>
          <w:lang w:val="cs-CZ"/>
        </w:rPr>
      </w:pPr>
      <w:r w:rsidRPr="00045A02">
        <w:rPr>
          <w:lang w:val="cs-CZ"/>
        </w:rPr>
        <w:t xml:space="preserve">Po zadání přihlášky prostřednictvím </w:t>
      </w:r>
      <w:hyperlink r:id="rId11" w:history="1">
        <w:r w:rsidRPr="00045A02">
          <w:rPr>
            <w:rStyle w:val="Hypertextovodkaz"/>
            <w:lang w:val="cs-CZ"/>
          </w:rPr>
          <w:t>https://www.dogoffice.cz</w:t>
        </w:r>
      </w:hyperlink>
    </w:p>
    <w:p w14:paraId="138403EB" w14:textId="77777777" w:rsidR="00141375" w:rsidRPr="00045A02" w:rsidRDefault="00141375" w:rsidP="00141375">
      <w:pPr>
        <w:rPr>
          <w:lang w:val="cs-CZ"/>
        </w:rPr>
      </w:pPr>
      <w:r w:rsidRPr="00045A02">
        <w:rPr>
          <w:lang w:val="cs-CZ"/>
        </w:rPr>
        <w:t xml:space="preserve">Obdrží vystavovatel na email potvrzení. Pokud toto potvrzení </w:t>
      </w:r>
      <w:proofErr w:type="spellStart"/>
      <w:r w:rsidRPr="00045A02">
        <w:rPr>
          <w:lang w:val="cs-CZ"/>
        </w:rPr>
        <w:t>neobržíte</w:t>
      </w:r>
      <w:proofErr w:type="spellEnd"/>
      <w:r w:rsidRPr="00045A02">
        <w:rPr>
          <w:lang w:val="cs-CZ"/>
        </w:rPr>
        <w:t>, přihlášení neproběhlo!</w:t>
      </w:r>
    </w:p>
    <w:p w14:paraId="4A96FF86" w14:textId="77777777" w:rsidR="00141375" w:rsidRPr="00045A02" w:rsidRDefault="00141375" w:rsidP="00141375">
      <w:pPr>
        <w:rPr>
          <w:lang w:val="cs-CZ"/>
        </w:rPr>
      </w:pPr>
      <w:r w:rsidRPr="00045A02">
        <w:rPr>
          <w:lang w:val="cs-CZ"/>
        </w:rPr>
        <w:t xml:space="preserve">Úspěšně podanou přihlášku zároveň naleznete na svém účtu v </w:t>
      </w:r>
      <w:hyperlink r:id="rId12" w:history="1">
        <w:r w:rsidRPr="00045A02">
          <w:rPr>
            <w:rStyle w:val="Hypertextovodkaz"/>
            <w:lang w:val="cs-CZ"/>
          </w:rPr>
          <w:t>https://www.dogoffice.cz</w:t>
        </w:r>
      </w:hyperlink>
      <w:r w:rsidRPr="00045A02">
        <w:rPr>
          <w:lang w:val="cs-CZ"/>
        </w:rPr>
        <w:t xml:space="preserve"> v části moje přihlášky, kde můžete také sledovat, v jakém stadiu se přihláška nachází. </w:t>
      </w:r>
    </w:p>
    <w:p w14:paraId="1DD59784" w14:textId="77777777" w:rsidR="00141375" w:rsidRPr="00045A02" w:rsidRDefault="00141375" w:rsidP="00141375">
      <w:pPr>
        <w:rPr>
          <w:lang w:val="cs-CZ"/>
        </w:rPr>
      </w:pPr>
    </w:p>
    <w:p w14:paraId="262262A5" w14:textId="77777777" w:rsidR="00141375" w:rsidRPr="00045A02" w:rsidRDefault="00141375" w:rsidP="00141375">
      <w:pPr>
        <w:pStyle w:val="Nadpis2"/>
        <w:rPr>
          <w:lang w:val="cs-CZ"/>
        </w:rPr>
      </w:pPr>
      <w:r w:rsidRPr="00045A02">
        <w:rPr>
          <w:lang w:val="cs-CZ"/>
        </w:rPr>
        <w:t>Manipulační poplatky:</w:t>
      </w:r>
    </w:p>
    <w:p w14:paraId="102F168E" w14:textId="77777777" w:rsidR="00141375" w:rsidRPr="00045A02" w:rsidRDefault="00141375" w:rsidP="00141375">
      <w:pPr>
        <w:rPr>
          <w:lang w:val="cs-CZ"/>
        </w:rPr>
      </w:pPr>
      <w:r w:rsidRPr="00045A02">
        <w:rPr>
          <w:lang w:val="cs-CZ"/>
        </w:rPr>
        <w:t xml:space="preserve">Stornování přihlášky vystavovatelem je možné do termínu uzávěrky. Storno poplatek činí polovinu výstavního poplatku. Po uzávěrce již stornování není možné. </w:t>
      </w:r>
    </w:p>
    <w:p w14:paraId="79810B6A" w14:textId="77777777" w:rsidR="00141375" w:rsidRPr="00045A02" w:rsidRDefault="00141375" w:rsidP="00141375">
      <w:pPr>
        <w:rPr>
          <w:lang w:val="cs-CZ"/>
        </w:rPr>
      </w:pPr>
      <w:r w:rsidRPr="00045A02">
        <w:rPr>
          <w:lang w:val="cs-CZ"/>
        </w:rPr>
        <w:t>Změna v přihlášce (např třídy) je možná do termínu uzávěrky. Poplatek za změnu činí 200,-Kč/8 EUR.</w:t>
      </w:r>
    </w:p>
    <w:p w14:paraId="669FECCC" w14:textId="77777777" w:rsidR="00141375" w:rsidRPr="00045A02" w:rsidRDefault="00141375" w:rsidP="00141375">
      <w:pPr>
        <w:rPr>
          <w:lang w:val="cs-CZ"/>
        </w:rPr>
      </w:pPr>
    </w:p>
    <w:p w14:paraId="204C41BA" w14:textId="77777777" w:rsidR="00141375" w:rsidRPr="00045A02" w:rsidRDefault="00141375" w:rsidP="00141375">
      <w:pPr>
        <w:rPr>
          <w:lang w:val="cs-CZ"/>
        </w:rPr>
      </w:pPr>
      <w:r w:rsidRPr="00045A02">
        <w:rPr>
          <w:lang w:val="cs-CZ"/>
        </w:rPr>
        <w:t>Rozdělení do tříd se řídí výstavním řádem ČMKU a je uvedeno na přihlášce.</w:t>
      </w:r>
    </w:p>
    <w:p w14:paraId="28823A76" w14:textId="77777777" w:rsidR="00141375" w:rsidRPr="00045A02" w:rsidRDefault="00141375" w:rsidP="00141375">
      <w:pPr>
        <w:rPr>
          <w:lang w:val="cs-CZ"/>
        </w:rPr>
      </w:pPr>
      <w:r w:rsidRPr="00045A02">
        <w:rPr>
          <w:lang w:val="cs-CZ"/>
        </w:rPr>
        <w:t>Vstup do třídy čestné je podmíněn získáním některého z následujících titulů: Národní vítěz, Klubový vítěz, Vítěz speciální výstavy, Evropský vítěz, Světový vítěz, Šampion ČR, Šampion ČMKU, CIB, CIE, národní šampion některého z členských států FCI. K přihlášce nutno přiložit fotokopii získaného titulu. Ve třídě čestné se nezadává CAC, ale V1 postupuje do soutěže o BOB a BOS, ne však o klubového vítěze.</w:t>
      </w:r>
    </w:p>
    <w:p w14:paraId="27099C0F" w14:textId="77777777" w:rsidR="00141375" w:rsidRPr="00045A02" w:rsidRDefault="00141375" w:rsidP="00141375">
      <w:pPr>
        <w:rPr>
          <w:lang w:val="cs-CZ"/>
        </w:rPr>
      </w:pPr>
      <w:r w:rsidRPr="00045A02">
        <w:rPr>
          <w:lang w:val="cs-CZ"/>
        </w:rPr>
        <w:t>Udělení titulů není nárokové.</w:t>
      </w:r>
    </w:p>
    <w:p w14:paraId="36B4A119" w14:textId="77777777" w:rsidR="00141375" w:rsidRPr="00045A02" w:rsidRDefault="00141375" w:rsidP="00141375">
      <w:pPr>
        <w:rPr>
          <w:lang w:val="cs-CZ"/>
        </w:rPr>
      </w:pPr>
      <w:r w:rsidRPr="00045A02">
        <w:rPr>
          <w:lang w:val="cs-CZ"/>
        </w:rPr>
        <w:t>Čekatelství CAJC, CAC</w:t>
      </w:r>
    </w:p>
    <w:p w14:paraId="6AC4C89A" w14:textId="1A50A932" w:rsidR="00045A02" w:rsidRDefault="00141375" w:rsidP="00141375">
      <w:pPr>
        <w:rPr>
          <w:lang w:val="cs-CZ"/>
        </w:rPr>
      </w:pPr>
      <w:r w:rsidRPr="00045A02">
        <w:rPr>
          <w:rStyle w:val="Nadpis2Char"/>
          <w:lang w:val="cs-CZ"/>
        </w:rPr>
        <w:t>Tituly</w:t>
      </w:r>
      <w:r w:rsidRPr="00045A02">
        <w:rPr>
          <w:lang w:val="cs-CZ"/>
        </w:rPr>
        <w:t xml:space="preserve"> </w:t>
      </w:r>
    </w:p>
    <w:p w14:paraId="4A951805" w14:textId="32D32F27" w:rsidR="00141375" w:rsidRPr="00045A02" w:rsidRDefault="00141375" w:rsidP="00141375">
      <w:pPr>
        <w:rPr>
          <w:lang w:val="cs-CZ"/>
        </w:rPr>
      </w:pPr>
      <w:r w:rsidRPr="00045A02">
        <w:rPr>
          <w:lang w:val="cs-CZ"/>
        </w:rPr>
        <w:t>Klubový vítěz, Klubový vítěz mladých, Klubový vítěz veterán, Nejlepší mladý BOJ, Vítěz plemene BOB, Nejlepší opačného pohlaví BOS, Nejlepší veterán BOV. Udělení titulů není nárokové, v jednotlivých třídách se stanovuje pořadí prvních čtyř jedinců oceněných známkou výborný nebo velmi dobrý.</w:t>
      </w:r>
    </w:p>
    <w:p w14:paraId="54C74CC9" w14:textId="77777777" w:rsidR="00141375" w:rsidRPr="00045A02" w:rsidRDefault="00141375" w:rsidP="00141375">
      <w:pPr>
        <w:rPr>
          <w:lang w:val="cs-CZ"/>
        </w:rPr>
      </w:pPr>
    </w:p>
    <w:p w14:paraId="7CD9941B" w14:textId="58C853CE" w:rsidR="00141375" w:rsidRPr="00045A02" w:rsidRDefault="00141375" w:rsidP="00141375">
      <w:pPr>
        <w:rPr>
          <w:lang w:val="cs-CZ"/>
        </w:rPr>
      </w:pPr>
      <w:r w:rsidRPr="00045A02">
        <w:rPr>
          <w:rStyle w:val="Nadpis2Char"/>
          <w:lang w:val="cs-CZ"/>
        </w:rPr>
        <w:t>Soutěže</w:t>
      </w:r>
    </w:p>
    <w:p w14:paraId="4213CEE3" w14:textId="3AD060E1" w:rsidR="00141375" w:rsidRPr="00045A02" w:rsidRDefault="00141375" w:rsidP="00141375">
      <w:pPr>
        <w:rPr>
          <w:lang w:val="cs-CZ"/>
        </w:rPr>
      </w:pPr>
      <w:r w:rsidRPr="00045A02">
        <w:rPr>
          <w:b/>
          <w:bCs/>
          <w:lang w:val="cs-CZ"/>
        </w:rPr>
        <w:t>Dítě a pes</w:t>
      </w:r>
      <w:r w:rsidRPr="00045A02">
        <w:rPr>
          <w:lang w:val="cs-CZ"/>
        </w:rPr>
        <w:t>: pro děti starší 3 let a mladší 9 let</w:t>
      </w:r>
    </w:p>
    <w:p w14:paraId="0CF4B6B4" w14:textId="77777777" w:rsidR="00141375" w:rsidRPr="00045A02" w:rsidRDefault="00141375" w:rsidP="00141375">
      <w:pPr>
        <w:rPr>
          <w:lang w:val="cs-CZ"/>
        </w:rPr>
      </w:pPr>
      <w:r w:rsidRPr="00045A02">
        <w:rPr>
          <w:b/>
          <w:bCs/>
          <w:lang w:val="cs-CZ"/>
        </w:rPr>
        <w:t>Mladý vystavovatel</w:t>
      </w:r>
      <w:r w:rsidRPr="00045A02">
        <w:rPr>
          <w:lang w:val="cs-CZ"/>
        </w:rPr>
        <w:t>: mladší kategorie 10-13 let</w:t>
      </w:r>
    </w:p>
    <w:p w14:paraId="2311E1DF" w14:textId="77777777" w:rsidR="00141375" w:rsidRPr="00045A02" w:rsidRDefault="00141375" w:rsidP="00141375">
      <w:pPr>
        <w:rPr>
          <w:lang w:val="cs-CZ"/>
        </w:rPr>
      </w:pPr>
      <w:r w:rsidRPr="00045A02">
        <w:rPr>
          <w:lang w:val="cs-CZ"/>
        </w:rPr>
        <w:t xml:space="preserve">                                     Starší kategorie 13-18 let </w:t>
      </w:r>
    </w:p>
    <w:p w14:paraId="0012F09F" w14:textId="77777777" w:rsidR="00141375" w:rsidRPr="00045A02" w:rsidRDefault="00141375" w:rsidP="00141375">
      <w:pPr>
        <w:rPr>
          <w:lang w:val="cs-CZ"/>
        </w:rPr>
      </w:pPr>
      <w:r w:rsidRPr="00045A02">
        <w:rPr>
          <w:lang w:val="cs-CZ"/>
        </w:rPr>
        <w:t>Platí věk dítěte dosažený jeden den před výstavou. Pes nemusí být na výstavě posouzen.</w:t>
      </w:r>
    </w:p>
    <w:p w14:paraId="71A5B79C" w14:textId="77777777" w:rsidR="00141375" w:rsidRPr="00045A02" w:rsidRDefault="00141375" w:rsidP="00141375">
      <w:pPr>
        <w:rPr>
          <w:lang w:val="cs-CZ"/>
        </w:rPr>
      </w:pPr>
      <w:r w:rsidRPr="00045A02">
        <w:rPr>
          <w:b/>
          <w:bCs/>
          <w:lang w:val="cs-CZ"/>
        </w:rPr>
        <w:t xml:space="preserve">Senior </w:t>
      </w:r>
      <w:proofErr w:type="spellStart"/>
      <w:r w:rsidRPr="00045A02">
        <w:rPr>
          <w:b/>
          <w:bCs/>
          <w:lang w:val="cs-CZ"/>
        </w:rPr>
        <w:t>handling</w:t>
      </w:r>
      <w:proofErr w:type="spellEnd"/>
      <w:r w:rsidRPr="00045A02">
        <w:rPr>
          <w:lang w:val="cs-CZ"/>
        </w:rPr>
        <w:t>: nad 18 let</w:t>
      </w:r>
    </w:p>
    <w:p w14:paraId="7D81D02F" w14:textId="77777777" w:rsidR="00141375" w:rsidRPr="00045A02" w:rsidRDefault="00141375" w:rsidP="00141375">
      <w:pPr>
        <w:rPr>
          <w:lang w:val="cs-CZ"/>
        </w:rPr>
      </w:pPr>
      <w:r w:rsidRPr="00045A02">
        <w:rPr>
          <w:b/>
          <w:bCs/>
          <w:lang w:val="cs-CZ"/>
        </w:rPr>
        <w:t>Nejlepší pár psů</w:t>
      </w:r>
      <w:r w:rsidRPr="00045A02">
        <w:rPr>
          <w:lang w:val="cs-CZ"/>
        </w:rPr>
        <w:t>: pro psa a fenu jednoho plemene a rázu posouzených na výstavě v majetku jednoho majitele nebo spolumajitelů (musí být zapsáno v průkazu původu)</w:t>
      </w:r>
    </w:p>
    <w:p w14:paraId="781C93EE" w14:textId="77777777" w:rsidR="00141375" w:rsidRPr="00045A02" w:rsidRDefault="00141375" w:rsidP="00141375">
      <w:pPr>
        <w:rPr>
          <w:lang w:val="cs-CZ"/>
        </w:rPr>
      </w:pPr>
      <w:r w:rsidRPr="00045A02">
        <w:rPr>
          <w:b/>
          <w:bCs/>
          <w:lang w:val="cs-CZ"/>
        </w:rPr>
        <w:t>Nejlepší chovatelská skupina</w:t>
      </w:r>
      <w:r w:rsidRPr="00045A02">
        <w:rPr>
          <w:lang w:val="cs-CZ"/>
        </w:rPr>
        <w:t>: pro 3-5 jedinců jednoho plemene a rázu posouzených na výstavě, pocházejících od jednoho chovatele a minimálně od dvou různých otců nebo matek</w:t>
      </w:r>
    </w:p>
    <w:p w14:paraId="7B641136" w14:textId="77777777" w:rsidR="00141375" w:rsidRPr="00045A02" w:rsidRDefault="00141375" w:rsidP="00141375">
      <w:pPr>
        <w:rPr>
          <w:lang w:val="cs-CZ"/>
        </w:rPr>
      </w:pPr>
      <w:r w:rsidRPr="00045A02">
        <w:rPr>
          <w:b/>
          <w:bCs/>
          <w:lang w:val="cs-CZ"/>
        </w:rPr>
        <w:t>Nejlepší štěně</w:t>
      </w:r>
      <w:r w:rsidRPr="00045A02">
        <w:rPr>
          <w:lang w:val="cs-CZ"/>
        </w:rPr>
        <w:t>: do soutěže nastupuje nejlepší pes nebo fena z konkurence VN1</w:t>
      </w:r>
    </w:p>
    <w:p w14:paraId="48F53948" w14:textId="77777777" w:rsidR="00141375" w:rsidRPr="00045A02" w:rsidRDefault="00141375" w:rsidP="00141375">
      <w:pPr>
        <w:rPr>
          <w:lang w:val="cs-CZ"/>
        </w:rPr>
      </w:pPr>
      <w:r w:rsidRPr="00045A02">
        <w:rPr>
          <w:b/>
          <w:bCs/>
          <w:lang w:val="cs-CZ"/>
        </w:rPr>
        <w:t>Nejlepší dorost</w:t>
      </w:r>
      <w:r w:rsidRPr="00045A02">
        <w:rPr>
          <w:lang w:val="cs-CZ"/>
        </w:rPr>
        <w:t>: do soutěže nastupuje nejlepší pes nebo fena z konkurence VN1</w:t>
      </w:r>
    </w:p>
    <w:p w14:paraId="02A351F5" w14:textId="77777777" w:rsidR="00141375" w:rsidRPr="00045A02" w:rsidRDefault="00141375" w:rsidP="00141375">
      <w:pPr>
        <w:rPr>
          <w:lang w:val="cs-CZ"/>
        </w:rPr>
      </w:pPr>
      <w:r w:rsidRPr="00045A02">
        <w:rPr>
          <w:b/>
          <w:bCs/>
          <w:lang w:val="cs-CZ"/>
        </w:rPr>
        <w:t>Nejlepší ze tříd pracovních</w:t>
      </w:r>
      <w:r w:rsidRPr="00045A02">
        <w:rPr>
          <w:lang w:val="cs-CZ"/>
        </w:rPr>
        <w:t xml:space="preserve">: nastupuje V1 CAC pes i fena </w:t>
      </w:r>
    </w:p>
    <w:p w14:paraId="4E8BCC77" w14:textId="77777777" w:rsidR="00141375" w:rsidRPr="00045A02" w:rsidRDefault="00141375" w:rsidP="00141375">
      <w:pPr>
        <w:rPr>
          <w:lang w:val="cs-CZ"/>
        </w:rPr>
      </w:pPr>
      <w:r w:rsidRPr="00045A02">
        <w:rPr>
          <w:b/>
          <w:bCs/>
          <w:lang w:val="cs-CZ"/>
        </w:rPr>
        <w:t>Nejlepší ze tříd čestných</w:t>
      </w:r>
      <w:r w:rsidRPr="00045A02">
        <w:rPr>
          <w:lang w:val="cs-CZ"/>
        </w:rPr>
        <w:t>: nastupuje pes i fena s titulem V1 z čestných tříd</w:t>
      </w:r>
    </w:p>
    <w:p w14:paraId="642FCE5E" w14:textId="6D2991DE" w:rsidR="00141375" w:rsidRPr="00045A02" w:rsidRDefault="00141375" w:rsidP="00141375">
      <w:pPr>
        <w:rPr>
          <w:lang w:val="cs-CZ"/>
        </w:rPr>
      </w:pPr>
      <w:r w:rsidRPr="00045A02">
        <w:rPr>
          <w:b/>
          <w:bCs/>
          <w:lang w:val="cs-CZ"/>
        </w:rPr>
        <w:t>Nejlepší veterán (veterán BIS)</w:t>
      </w:r>
      <w:r w:rsidR="00045A02">
        <w:rPr>
          <w:lang w:val="cs-CZ"/>
        </w:rPr>
        <w:t xml:space="preserve">: </w:t>
      </w:r>
      <w:r w:rsidRPr="00045A02">
        <w:rPr>
          <w:lang w:val="cs-CZ"/>
        </w:rPr>
        <w:t>nastupují jedinci ocenění BOV</w:t>
      </w:r>
    </w:p>
    <w:p w14:paraId="190CD487" w14:textId="656A7BA6" w:rsidR="00141375" w:rsidRPr="00045A02" w:rsidRDefault="00141375" w:rsidP="00141375">
      <w:pPr>
        <w:rPr>
          <w:lang w:val="cs-CZ"/>
        </w:rPr>
      </w:pPr>
      <w:r w:rsidRPr="00045A02">
        <w:rPr>
          <w:b/>
          <w:bCs/>
          <w:lang w:val="cs-CZ"/>
        </w:rPr>
        <w:t>Juniorský vítěz výstavy (junior BIS)</w:t>
      </w:r>
      <w:r w:rsidR="00045A02">
        <w:rPr>
          <w:lang w:val="cs-CZ"/>
        </w:rPr>
        <w:t>: n</w:t>
      </w:r>
      <w:r w:rsidRPr="00045A02">
        <w:rPr>
          <w:lang w:val="cs-CZ"/>
        </w:rPr>
        <w:t>astupují jedinci ocenění BOJ</w:t>
      </w:r>
    </w:p>
    <w:p w14:paraId="1C41F37F" w14:textId="35870CED" w:rsidR="00141375" w:rsidRPr="00045A02" w:rsidRDefault="00141375" w:rsidP="00141375">
      <w:pPr>
        <w:rPr>
          <w:lang w:val="cs-CZ"/>
        </w:rPr>
      </w:pPr>
      <w:r w:rsidRPr="00045A02">
        <w:rPr>
          <w:b/>
          <w:bCs/>
          <w:lang w:val="cs-CZ"/>
        </w:rPr>
        <w:t>Vítěz výstavy (BIS)</w:t>
      </w:r>
      <w:r w:rsidR="00045A02">
        <w:rPr>
          <w:lang w:val="cs-CZ"/>
        </w:rPr>
        <w:t xml:space="preserve">: </w:t>
      </w:r>
      <w:r w:rsidRPr="00045A02">
        <w:rPr>
          <w:lang w:val="cs-CZ"/>
        </w:rPr>
        <w:t>nastupují jedinci ocenění BOB</w:t>
      </w:r>
    </w:p>
    <w:p w14:paraId="2927084F" w14:textId="77777777" w:rsidR="00141375" w:rsidRPr="00045A02" w:rsidRDefault="00141375" w:rsidP="00141375">
      <w:pPr>
        <w:rPr>
          <w:lang w:val="cs-CZ"/>
        </w:rPr>
      </w:pPr>
    </w:p>
    <w:p w14:paraId="597688E1" w14:textId="78B98C5F" w:rsidR="00141375" w:rsidRPr="00045A02" w:rsidRDefault="00141375" w:rsidP="00141375">
      <w:pPr>
        <w:pStyle w:val="Nadpis2"/>
        <w:rPr>
          <w:lang w:val="cs-CZ"/>
        </w:rPr>
      </w:pPr>
      <w:r w:rsidRPr="00045A02">
        <w:rPr>
          <w:lang w:val="cs-CZ"/>
        </w:rPr>
        <w:t>Doklady k účasti na výstavě</w:t>
      </w:r>
    </w:p>
    <w:p w14:paraId="336DF2D6" w14:textId="77777777" w:rsidR="00141375" w:rsidRPr="00045A02" w:rsidRDefault="00141375" w:rsidP="00141375">
      <w:pPr>
        <w:rPr>
          <w:lang w:val="cs-CZ"/>
        </w:rPr>
      </w:pPr>
      <w:r w:rsidRPr="00045A02">
        <w:rPr>
          <w:lang w:val="cs-CZ"/>
        </w:rPr>
        <w:t>Průkaz původu psa</w:t>
      </w:r>
    </w:p>
    <w:p w14:paraId="1C09C014" w14:textId="77777777" w:rsidR="00141375" w:rsidRPr="00045A02" w:rsidRDefault="00141375" w:rsidP="00141375">
      <w:pPr>
        <w:rPr>
          <w:lang w:val="cs-CZ"/>
        </w:rPr>
      </w:pPr>
      <w:r w:rsidRPr="00045A02">
        <w:rPr>
          <w:lang w:val="cs-CZ"/>
        </w:rPr>
        <w:t>Pas pro malá zvířata nebo očkovací průkaz</w:t>
      </w:r>
    </w:p>
    <w:p w14:paraId="3D1A8BEB" w14:textId="77777777" w:rsidR="00141375" w:rsidRPr="00045A02" w:rsidRDefault="00141375" w:rsidP="00141375">
      <w:pPr>
        <w:rPr>
          <w:lang w:val="cs-CZ"/>
        </w:rPr>
      </w:pPr>
      <w:r w:rsidRPr="00045A02">
        <w:rPr>
          <w:lang w:val="cs-CZ"/>
        </w:rPr>
        <w:t xml:space="preserve">Vstupní list </w:t>
      </w:r>
    </w:p>
    <w:p w14:paraId="3E76893E" w14:textId="77777777" w:rsidR="00141375" w:rsidRPr="00045A02" w:rsidRDefault="00141375" w:rsidP="00141375">
      <w:pPr>
        <w:rPr>
          <w:lang w:val="cs-CZ"/>
        </w:rPr>
      </w:pPr>
    </w:p>
    <w:p w14:paraId="647BE550" w14:textId="77777777" w:rsidR="00141375" w:rsidRPr="00045A02" w:rsidRDefault="00141375" w:rsidP="00141375">
      <w:pPr>
        <w:pStyle w:val="Nadpis2"/>
        <w:rPr>
          <w:lang w:val="cs-CZ"/>
        </w:rPr>
      </w:pPr>
      <w:r w:rsidRPr="00045A02">
        <w:rPr>
          <w:lang w:val="cs-CZ"/>
        </w:rPr>
        <w:t>Veterinární podmínky:</w:t>
      </w:r>
    </w:p>
    <w:p w14:paraId="00192D72" w14:textId="77777777" w:rsidR="00141375" w:rsidRPr="00045A02" w:rsidRDefault="00141375" w:rsidP="00141375">
      <w:pPr>
        <w:rPr>
          <w:lang w:val="cs-CZ"/>
        </w:rPr>
      </w:pPr>
      <w:r w:rsidRPr="00045A02">
        <w:rPr>
          <w:lang w:val="cs-CZ"/>
        </w:rPr>
        <w:t>Všechna zúčastněná zvířata musejí být klinicky zdráva.</w:t>
      </w:r>
    </w:p>
    <w:p w14:paraId="60F119CC" w14:textId="77777777" w:rsidR="00141375" w:rsidRPr="00045A02" w:rsidRDefault="00141375" w:rsidP="00141375">
      <w:pPr>
        <w:rPr>
          <w:lang w:val="cs-CZ"/>
        </w:rPr>
      </w:pPr>
      <w:r w:rsidRPr="00045A02">
        <w:rPr>
          <w:lang w:val="cs-CZ"/>
        </w:rPr>
        <w:t>Psi musí být vybaveni pasem pro malá zvířata nebo očkovacím průkazem obsahujícím záznam, že pes je v imunitě proti vzteklině.</w:t>
      </w:r>
    </w:p>
    <w:p w14:paraId="1C778779" w14:textId="77777777" w:rsidR="00141375" w:rsidRPr="00045A02" w:rsidRDefault="00141375" w:rsidP="00141375">
      <w:pPr>
        <w:rPr>
          <w:lang w:val="cs-CZ"/>
        </w:rPr>
      </w:pPr>
      <w:r w:rsidRPr="00045A02">
        <w:rPr>
          <w:lang w:val="cs-CZ"/>
        </w:rPr>
        <w:t>Psi pocházející z členských zemí EU a třetích zemí musí být doprovázeni platným pasem pro malá zvířata a musí splňovat podmínky dané nařízením Evropského parlamentu a Rady 998/2003 ze dne 26.5. 2003</w:t>
      </w:r>
    </w:p>
    <w:p w14:paraId="3094DE56" w14:textId="77777777" w:rsidR="00141375" w:rsidRPr="00045A02" w:rsidRDefault="00141375" w:rsidP="00141375">
      <w:pPr>
        <w:rPr>
          <w:lang w:val="cs-CZ"/>
        </w:rPr>
      </w:pPr>
      <w:r w:rsidRPr="00045A02">
        <w:rPr>
          <w:lang w:val="cs-CZ"/>
        </w:rPr>
        <w:t>Po dobu konání výstavy zajistí majitelé svá zvířata tak, aby nedocházelo k vzájemnému napadání nebo případnému poranění osob.</w:t>
      </w:r>
    </w:p>
    <w:p w14:paraId="5A22579E" w14:textId="77777777" w:rsidR="00141375" w:rsidRPr="00045A02" w:rsidRDefault="00141375" w:rsidP="00141375">
      <w:pPr>
        <w:rPr>
          <w:lang w:val="cs-CZ"/>
        </w:rPr>
      </w:pPr>
    </w:p>
    <w:p w14:paraId="72882216" w14:textId="77777777" w:rsidR="00141375" w:rsidRPr="00045A02" w:rsidRDefault="00141375" w:rsidP="00141375">
      <w:pPr>
        <w:pStyle w:val="Nadpis2"/>
        <w:rPr>
          <w:lang w:val="cs-CZ"/>
        </w:rPr>
      </w:pPr>
      <w:r w:rsidRPr="00045A02">
        <w:rPr>
          <w:lang w:val="cs-CZ"/>
        </w:rPr>
        <w:t>Pokyny pro vyplňování přihlášek</w:t>
      </w:r>
    </w:p>
    <w:p w14:paraId="6B909017" w14:textId="77777777" w:rsidR="00141375" w:rsidRPr="00045A02" w:rsidRDefault="00141375" w:rsidP="00141375">
      <w:pPr>
        <w:rPr>
          <w:lang w:val="cs-CZ"/>
        </w:rPr>
      </w:pPr>
      <w:r w:rsidRPr="00045A02">
        <w:rPr>
          <w:lang w:val="cs-CZ"/>
        </w:rPr>
        <w:t>Za nesprávně vyplněnou přihlášku nenese pořadatel odpovědnost. Pokud nebude k přihlášce připojena fotokopie dokladu o tom, že pes splňuje podmínky dané pro třídu vítězů, pracovní nebo čestnou bude automaticky zařazen do třídy otevřené (případně doplatí rozdíl v ceně – třída čestná do otevřené). Pes může být přihlášen pouze do jedné třídy. Přeřazování psů po poslední uzávěrce není možné. Přijetí psa na výstavu bude cca 10 dní před výstavou potvrzeno elektronicky vstupním listem, který najdete ve svém uživatelském účtu v systému dogoffice.cz. Přijetím přihlášky podléhá vystavovatel všem ustanovením Výstavního řádu ČMKU a propozic. Vystavovatel souhlasí se zveřejněním svého jména a adresy v katalogu výstavy.</w:t>
      </w:r>
    </w:p>
    <w:p w14:paraId="23F4A3FD" w14:textId="77777777" w:rsidR="00141375" w:rsidRPr="00045A02" w:rsidRDefault="00141375" w:rsidP="00141375">
      <w:pPr>
        <w:rPr>
          <w:lang w:val="cs-CZ"/>
        </w:rPr>
      </w:pPr>
    </w:p>
    <w:p w14:paraId="7B43EE75" w14:textId="6228C7E0" w:rsidR="00141375" w:rsidRPr="00045A02" w:rsidRDefault="00141375" w:rsidP="00141375">
      <w:pPr>
        <w:pStyle w:val="Nadpis2"/>
        <w:rPr>
          <w:lang w:val="cs-CZ"/>
        </w:rPr>
      </w:pPr>
      <w:r w:rsidRPr="00045A02">
        <w:rPr>
          <w:lang w:val="cs-CZ"/>
        </w:rPr>
        <w:t>Všeobecná ustanovení</w:t>
      </w:r>
    </w:p>
    <w:p w14:paraId="781FFEA1" w14:textId="77777777" w:rsidR="00141375" w:rsidRPr="00045A02" w:rsidRDefault="00141375" w:rsidP="00141375">
      <w:pPr>
        <w:rPr>
          <w:lang w:val="cs-CZ"/>
        </w:rPr>
      </w:pPr>
      <w:r w:rsidRPr="00045A02">
        <w:rPr>
          <w:lang w:val="cs-CZ"/>
        </w:rPr>
        <w:t>Výstava je přístupná všem psům a fenám zapsaným v knihách FCI, kteří dosáhli v den výstavy stáří požadovaného pro zařazení do třídy. Pořadatel výstavy neodpovídá za škody způsobené psem nebo vystavovatelem, ani za úhyn nebo ztrátu psa v době konání výstavy.</w:t>
      </w:r>
    </w:p>
    <w:p w14:paraId="7E78578D" w14:textId="77777777" w:rsidR="00141375" w:rsidRPr="00045A02" w:rsidRDefault="00141375" w:rsidP="00141375">
      <w:pPr>
        <w:rPr>
          <w:lang w:val="cs-CZ"/>
        </w:rPr>
      </w:pPr>
      <w:r w:rsidRPr="00045A02">
        <w:rPr>
          <w:lang w:val="cs-CZ"/>
        </w:rPr>
        <w:t>V areálu je zakázáno volné pobíhání psů!!!</w:t>
      </w:r>
    </w:p>
    <w:p w14:paraId="69C3C02B" w14:textId="77777777" w:rsidR="00141375" w:rsidRPr="00045A02" w:rsidRDefault="00141375" w:rsidP="00141375">
      <w:pPr>
        <w:rPr>
          <w:lang w:val="cs-CZ"/>
        </w:rPr>
      </w:pPr>
      <w:r w:rsidRPr="00045A02">
        <w:rPr>
          <w:lang w:val="cs-CZ"/>
        </w:rPr>
        <w:t xml:space="preserve">Na výstavu nebude vpuštěn pes s kupírovanýma ušima a nebude ani posouzen. Z výstavy se dále vylučují feny v druhé polovině březosti, kojící feny a agresivní jedinci. Je zakázáno upravovat srst, kůži nebo čenich psa čímkoli, co mění jejich strukturu, barvu nebo tvar. Je zakázáno upravovat psa v areálu výstaviště s pomocí jakýchkoli látek nebo pomůcek. Povoleno je pouze stříhání, trimování, česání, kartáčování. Je také zakázáno vyvazovat psa na výstavě. Porušení tohoto ustanovení může mít za následek okamžité vyloučení z výstavy. </w:t>
      </w:r>
    </w:p>
    <w:p w14:paraId="15B02CE2" w14:textId="77777777" w:rsidR="00141375" w:rsidRPr="00045A02" w:rsidRDefault="00141375" w:rsidP="00141375">
      <w:pPr>
        <w:rPr>
          <w:lang w:val="cs-CZ"/>
        </w:rPr>
      </w:pPr>
      <w:r w:rsidRPr="00045A02">
        <w:rPr>
          <w:lang w:val="cs-CZ"/>
        </w:rPr>
        <w:t>Majitelé psů s udělenými tituly BOB jsou povinni se zúčastnit se svými psy závěrečné přehlídky psů.</w:t>
      </w:r>
    </w:p>
    <w:p w14:paraId="22B685DD" w14:textId="77777777" w:rsidR="00141375" w:rsidRPr="00045A02" w:rsidRDefault="00141375" w:rsidP="00141375">
      <w:pPr>
        <w:rPr>
          <w:lang w:val="cs-CZ"/>
        </w:rPr>
      </w:pPr>
      <w:r w:rsidRPr="00045A02">
        <w:rPr>
          <w:lang w:val="cs-CZ"/>
        </w:rPr>
        <w:t>Vystavovatelé jsou povinni dodržovat ustanovení výstavního řádu ČMKU, těchto propozic a pokynů výstavního výboru, čemuž se zavazují podáním přihlášky. Vystavovatel bere na vědomí, že je povinen udržovat pořádek v areálu výstaviště. V případě, že by se výstava nekonala z důvodu zásahu vyšší moci, budou poplatky použity k uhrazení nákladů výstavy. Vodění štěňat na výstavu za účelem prodeje je zakázáno.</w:t>
      </w:r>
    </w:p>
    <w:p w14:paraId="4F3A25C2" w14:textId="77777777" w:rsidR="00141375" w:rsidRPr="00045A02" w:rsidRDefault="00141375" w:rsidP="00141375">
      <w:pPr>
        <w:rPr>
          <w:lang w:val="cs-CZ"/>
        </w:rPr>
      </w:pPr>
    </w:p>
    <w:p w14:paraId="04C75F58" w14:textId="77777777" w:rsidR="00141375" w:rsidRPr="00045A02" w:rsidRDefault="00141375" w:rsidP="00141375">
      <w:pPr>
        <w:rPr>
          <w:lang w:val="cs-CZ"/>
        </w:rPr>
      </w:pPr>
      <w:r w:rsidRPr="00045A02">
        <w:rPr>
          <w:lang w:val="cs-CZ"/>
        </w:rPr>
        <w:t>Změny rozhodčích vyhrazeny!</w:t>
      </w:r>
    </w:p>
    <w:p w14:paraId="6FA15A9A" w14:textId="77777777" w:rsidR="00141375" w:rsidRPr="00045A02" w:rsidRDefault="00141375" w:rsidP="00141375">
      <w:pPr>
        <w:rPr>
          <w:lang w:val="cs-CZ"/>
        </w:rPr>
      </w:pPr>
    </w:p>
    <w:p w14:paraId="1C1DC986" w14:textId="77777777" w:rsidR="00141375" w:rsidRPr="00045A02" w:rsidRDefault="00141375" w:rsidP="00141375">
      <w:pPr>
        <w:rPr>
          <w:lang w:val="cs-CZ"/>
        </w:rPr>
      </w:pPr>
      <w:r w:rsidRPr="00045A02">
        <w:rPr>
          <w:lang w:val="cs-CZ"/>
        </w:rPr>
        <w:t>Protest proti rozhodnutí rozhodčího není přípustný. Protestovat lze pouze z formálních důvodů porušení výstavních řádů a propozic. Protest musí být podán písemně za současného složení jistiny ve výši dvojnásobku výstavního poplatku za 1.psa na 1.uzávěrku výstavy, a to pouze v době konání výstavy. Nebude-li protest uznán, jistina propadá ve prospěch pořadatele výstavy,</w:t>
      </w:r>
    </w:p>
    <w:p w14:paraId="3DC8CBA8" w14:textId="77777777" w:rsidR="00141375" w:rsidRPr="00045A02" w:rsidRDefault="00141375" w:rsidP="00141375">
      <w:pPr>
        <w:rPr>
          <w:lang w:val="cs-CZ"/>
        </w:rPr>
      </w:pPr>
    </w:p>
    <w:p w14:paraId="5B39CBCA" w14:textId="77777777" w:rsidR="00141375" w:rsidRPr="00045A02" w:rsidRDefault="00141375" w:rsidP="00141375">
      <w:pPr>
        <w:rPr>
          <w:lang w:val="cs-CZ"/>
        </w:rPr>
      </w:pPr>
      <w:r w:rsidRPr="00045A02">
        <w:rPr>
          <w:lang w:val="cs-CZ"/>
        </w:rPr>
        <w:t>Pořadatel si vyhrazuje právo provést jakékoliv změny!</w:t>
      </w:r>
    </w:p>
    <w:p w14:paraId="69039F19" w14:textId="77777777" w:rsidR="00141375" w:rsidRPr="00045A02" w:rsidRDefault="00141375">
      <w:pPr>
        <w:rPr>
          <w:lang w:val="cs-CZ"/>
        </w:rPr>
      </w:pPr>
    </w:p>
    <w:sectPr w:rsidR="00141375" w:rsidRPr="00045A02" w:rsidSect="00141375">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slovanseznam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slovanseznam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Seznamsodrka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Seznamsodrka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slovanseznam"/>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Seznamsodrkami"/>
      <w:lvlText w:val=""/>
      <w:lvlJc w:val="left"/>
      <w:pPr>
        <w:tabs>
          <w:tab w:val="num" w:pos="360"/>
        </w:tabs>
        <w:ind w:left="360" w:hanging="360"/>
      </w:pPr>
      <w:rPr>
        <w:rFonts w:ascii="Symbol" w:hAnsi="Symbol" w:hint="default"/>
      </w:rPr>
    </w:lvl>
  </w:abstractNum>
  <w:abstractNum w:abstractNumId="9" w15:restartNumberingAfterBreak="0">
    <w:nsid w:val="28F33D1F"/>
    <w:multiLevelType w:val="hybridMultilevel"/>
    <w:tmpl w:val="FE46615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941334371">
    <w:abstractNumId w:val="8"/>
  </w:num>
  <w:num w:numId="2" w16cid:durableId="2077123053">
    <w:abstractNumId w:val="6"/>
  </w:num>
  <w:num w:numId="3" w16cid:durableId="468405666">
    <w:abstractNumId w:val="5"/>
  </w:num>
  <w:num w:numId="4" w16cid:durableId="687759263">
    <w:abstractNumId w:val="4"/>
  </w:num>
  <w:num w:numId="5" w16cid:durableId="1284266499">
    <w:abstractNumId w:val="7"/>
  </w:num>
  <w:num w:numId="6" w16cid:durableId="2128893589">
    <w:abstractNumId w:val="3"/>
  </w:num>
  <w:num w:numId="7" w16cid:durableId="411124694">
    <w:abstractNumId w:val="2"/>
  </w:num>
  <w:num w:numId="8" w16cid:durableId="1315724207">
    <w:abstractNumId w:val="1"/>
  </w:num>
  <w:num w:numId="9" w16cid:durableId="2037537649">
    <w:abstractNumId w:val="0"/>
  </w:num>
  <w:num w:numId="10" w16cid:durableId="105666176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5A02"/>
    <w:rsid w:val="0006063C"/>
    <w:rsid w:val="000F0E3E"/>
    <w:rsid w:val="00141375"/>
    <w:rsid w:val="0015074B"/>
    <w:rsid w:val="00236A27"/>
    <w:rsid w:val="00273A67"/>
    <w:rsid w:val="0029639D"/>
    <w:rsid w:val="00326F90"/>
    <w:rsid w:val="00410493"/>
    <w:rsid w:val="0049338F"/>
    <w:rsid w:val="007B01A8"/>
    <w:rsid w:val="007F1EF2"/>
    <w:rsid w:val="009B12AC"/>
    <w:rsid w:val="00A300AF"/>
    <w:rsid w:val="00AA1D8D"/>
    <w:rsid w:val="00B47730"/>
    <w:rsid w:val="00B663F9"/>
    <w:rsid w:val="00CB0664"/>
    <w:rsid w:val="00ED4C5A"/>
    <w:rsid w:val="00F368A1"/>
    <w:rsid w:val="00FB40B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C776E7"/>
  <w14:defaultImageDpi w14:val="300"/>
  <w15:docId w15:val="{3314FAEF-3BFB-D84A-AAE6-5737CD7EF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C693F"/>
  </w:style>
  <w:style w:type="paragraph" w:styleId="Nadpis1">
    <w:name w:val="heading 1"/>
    <w:basedOn w:val="Normln"/>
    <w:next w:val="Normln"/>
    <w:link w:val="Nadpis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dpis7">
    <w:name w:val="heading 7"/>
    <w:basedOn w:val="Normln"/>
    <w:next w:val="Normln"/>
    <w:link w:val="Nadpis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dpis9">
    <w:name w:val="heading 9"/>
    <w:basedOn w:val="Normln"/>
    <w:next w:val="Normln"/>
    <w:link w:val="Nadpis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E618B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E618BF"/>
  </w:style>
  <w:style w:type="paragraph" w:styleId="Zpat">
    <w:name w:val="footer"/>
    <w:basedOn w:val="Normln"/>
    <w:link w:val="ZpatChar"/>
    <w:uiPriority w:val="99"/>
    <w:unhideWhenUsed/>
    <w:rsid w:val="00E618BF"/>
    <w:pPr>
      <w:tabs>
        <w:tab w:val="center" w:pos="4680"/>
        <w:tab w:val="right" w:pos="9360"/>
      </w:tabs>
      <w:spacing w:after="0" w:line="240" w:lineRule="auto"/>
    </w:pPr>
  </w:style>
  <w:style w:type="character" w:customStyle="1" w:styleId="ZpatChar">
    <w:name w:val="Zápatí Char"/>
    <w:basedOn w:val="Standardnpsmoodstavce"/>
    <w:link w:val="Zpat"/>
    <w:uiPriority w:val="99"/>
    <w:rsid w:val="00E618BF"/>
  </w:style>
  <w:style w:type="paragraph" w:styleId="Bezmezer">
    <w:name w:val="No Spacing"/>
    <w:uiPriority w:val="1"/>
    <w:qFormat/>
    <w:rsid w:val="00FC693F"/>
    <w:pPr>
      <w:spacing w:after="0" w:line="240" w:lineRule="auto"/>
    </w:pPr>
  </w:style>
  <w:style w:type="character" w:customStyle="1" w:styleId="Nadpis1Char">
    <w:name w:val="Nadpis 1 Char"/>
    <w:basedOn w:val="Standardnpsmoodstavce"/>
    <w:link w:val="Nadpis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Standardnpsmoodstavce"/>
    <w:link w:val="Nadpis2"/>
    <w:uiPriority w:val="9"/>
    <w:rsid w:val="00FC693F"/>
    <w:rPr>
      <w:rFonts w:asciiTheme="majorHAnsi" w:eastAsiaTheme="majorEastAsia" w:hAnsiTheme="majorHAnsi" w:cstheme="majorBidi"/>
      <w:b/>
      <w:bCs/>
      <w:color w:val="4F81BD" w:themeColor="accent1"/>
      <w:sz w:val="26"/>
      <w:szCs w:val="26"/>
    </w:rPr>
  </w:style>
  <w:style w:type="character" w:customStyle="1" w:styleId="Nadpis3Char">
    <w:name w:val="Nadpis 3 Char"/>
    <w:basedOn w:val="Standardnpsmoodstavce"/>
    <w:link w:val="Nadpis3"/>
    <w:uiPriority w:val="9"/>
    <w:rsid w:val="00FC693F"/>
    <w:rPr>
      <w:rFonts w:asciiTheme="majorHAnsi" w:eastAsiaTheme="majorEastAsia" w:hAnsiTheme="majorHAnsi" w:cstheme="majorBidi"/>
      <w:b/>
      <w:bCs/>
      <w:color w:val="4F81BD" w:themeColor="accent1"/>
    </w:rPr>
  </w:style>
  <w:style w:type="paragraph" w:styleId="Nzev">
    <w:name w:val="Title"/>
    <w:basedOn w:val="Normln"/>
    <w:next w:val="Normln"/>
    <w:link w:val="Nzev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Podnadpis">
    <w:name w:val="Subtitle"/>
    <w:basedOn w:val="Normln"/>
    <w:next w:val="Normln"/>
    <w:link w:val="Podnadpis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nadpisChar">
    <w:name w:val="Podnadpis Char"/>
    <w:basedOn w:val="Standardnpsmoodstavce"/>
    <w:link w:val="Podnadpis"/>
    <w:uiPriority w:val="11"/>
    <w:rsid w:val="00FC693F"/>
    <w:rPr>
      <w:rFonts w:asciiTheme="majorHAnsi" w:eastAsiaTheme="majorEastAsia" w:hAnsiTheme="majorHAnsi" w:cstheme="majorBidi"/>
      <w:i/>
      <w:iCs/>
      <w:color w:val="4F81BD" w:themeColor="accent1"/>
      <w:spacing w:val="15"/>
      <w:sz w:val="24"/>
      <w:szCs w:val="24"/>
    </w:rPr>
  </w:style>
  <w:style w:type="paragraph" w:styleId="Odstavecseseznamem">
    <w:name w:val="List Paragraph"/>
    <w:basedOn w:val="Normln"/>
    <w:uiPriority w:val="34"/>
    <w:qFormat/>
    <w:rsid w:val="00FC693F"/>
    <w:pPr>
      <w:ind w:left="720"/>
      <w:contextualSpacing/>
    </w:pPr>
  </w:style>
  <w:style w:type="paragraph" w:styleId="Zkladntext">
    <w:name w:val="Body Text"/>
    <w:basedOn w:val="Normln"/>
    <w:link w:val="ZkladntextChar"/>
    <w:uiPriority w:val="99"/>
    <w:unhideWhenUsed/>
    <w:rsid w:val="00AA1D8D"/>
    <w:pPr>
      <w:spacing w:after="120"/>
    </w:pPr>
  </w:style>
  <w:style w:type="character" w:customStyle="1" w:styleId="ZkladntextChar">
    <w:name w:val="Základní text Char"/>
    <w:basedOn w:val="Standardnpsmoodstavce"/>
    <w:link w:val="Zkladntext"/>
    <w:uiPriority w:val="99"/>
    <w:rsid w:val="00AA1D8D"/>
  </w:style>
  <w:style w:type="paragraph" w:styleId="Zkladntext2">
    <w:name w:val="Body Text 2"/>
    <w:basedOn w:val="Normln"/>
    <w:link w:val="Zkladntext2Char"/>
    <w:uiPriority w:val="99"/>
    <w:unhideWhenUsed/>
    <w:rsid w:val="00AA1D8D"/>
    <w:pPr>
      <w:spacing w:after="120" w:line="480" w:lineRule="auto"/>
    </w:pPr>
  </w:style>
  <w:style w:type="character" w:customStyle="1" w:styleId="Zkladntext2Char">
    <w:name w:val="Základní text 2 Char"/>
    <w:basedOn w:val="Standardnpsmoodstavce"/>
    <w:link w:val="Zkladntext2"/>
    <w:uiPriority w:val="99"/>
    <w:rsid w:val="00AA1D8D"/>
  </w:style>
  <w:style w:type="paragraph" w:styleId="Zkladntext3">
    <w:name w:val="Body Text 3"/>
    <w:basedOn w:val="Normln"/>
    <w:link w:val="Zkladntext3Char"/>
    <w:uiPriority w:val="99"/>
    <w:unhideWhenUsed/>
    <w:rsid w:val="00AA1D8D"/>
    <w:pPr>
      <w:spacing w:after="120"/>
    </w:pPr>
    <w:rPr>
      <w:sz w:val="16"/>
      <w:szCs w:val="16"/>
    </w:rPr>
  </w:style>
  <w:style w:type="character" w:customStyle="1" w:styleId="Zkladntext3Char">
    <w:name w:val="Základní text 3 Char"/>
    <w:basedOn w:val="Standardnpsmoodstavce"/>
    <w:link w:val="Zkladntext3"/>
    <w:uiPriority w:val="99"/>
    <w:rsid w:val="00AA1D8D"/>
    <w:rPr>
      <w:sz w:val="16"/>
      <w:szCs w:val="16"/>
    </w:rPr>
  </w:style>
  <w:style w:type="paragraph" w:styleId="Seznam">
    <w:name w:val="List"/>
    <w:basedOn w:val="Normln"/>
    <w:uiPriority w:val="99"/>
    <w:unhideWhenUsed/>
    <w:rsid w:val="00AA1D8D"/>
    <w:pPr>
      <w:ind w:left="360" w:hanging="360"/>
      <w:contextualSpacing/>
    </w:pPr>
  </w:style>
  <w:style w:type="paragraph" w:styleId="Seznam2">
    <w:name w:val="List 2"/>
    <w:basedOn w:val="Normln"/>
    <w:uiPriority w:val="99"/>
    <w:unhideWhenUsed/>
    <w:rsid w:val="00326F90"/>
    <w:pPr>
      <w:ind w:left="720" w:hanging="360"/>
      <w:contextualSpacing/>
    </w:pPr>
  </w:style>
  <w:style w:type="paragraph" w:styleId="Seznam3">
    <w:name w:val="List 3"/>
    <w:basedOn w:val="Normln"/>
    <w:uiPriority w:val="99"/>
    <w:unhideWhenUsed/>
    <w:rsid w:val="00326F90"/>
    <w:pPr>
      <w:ind w:left="1080" w:hanging="360"/>
      <w:contextualSpacing/>
    </w:pPr>
  </w:style>
  <w:style w:type="paragraph" w:styleId="Seznamsodrkami">
    <w:name w:val="List Bullet"/>
    <w:basedOn w:val="Normln"/>
    <w:uiPriority w:val="99"/>
    <w:unhideWhenUsed/>
    <w:rsid w:val="00326F90"/>
    <w:pPr>
      <w:numPr>
        <w:numId w:val="1"/>
      </w:numPr>
      <w:contextualSpacing/>
    </w:pPr>
  </w:style>
  <w:style w:type="paragraph" w:styleId="Seznamsodrkami2">
    <w:name w:val="List Bullet 2"/>
    <w:basedOn w:val="Normln"/>
    <w:uiPriority w:val="99"/>
    <w:unhideWhenUsed/>
    <w:rsid w:val="00326F90"/>
    <w:pPr>
      <w:numPr>
        <w:numId w:val="2"/>
      </w:numPr>
      <w:contextualSpacing/>
    </w:pPr>
  </w:style>
  <w:style w:type="paragraph" w:styleId="Seznamsodrkami3">
    <w:name w:val="List Bullet 3"/>
    <w:basedOn w:val="Normln"/>
    <w:uiPriority w:val="99"/>
    <w:unhideWhenUsed/>
    <w:rsid w:val="00326F90"/>
    <w:pPr>
      <w:numPr>
        <w:numId w:val="3"/>
      </w:numPr>
      <w:contextualSpacing/>
    </w:pPr>
  </w:style>
  <w:style w:type="paragraph" w:styleId="slovanseznam">
    <w:name w:val="List Number"/>
    <w:basedOn w:val="Normln"/>
    <w:uiPriority w:val="99"/>
    <w:unhideWhenUsed/>
    <w:rsid w:val="00326F90"/>
    <w:pPr>
      <w:numPr>
        <w:numId w:val="5"/>
      </w:numPr>
      <w:contextualSpacing/>
    </w:pPr>
  </w:style>
  <w:style w:type="paragraph" w:styleId="slovanseznam2">
    <w:name w:val="List Number 2"/>
    <w:basedOn w:val="Normln"/>
    <w:uiPriority w:val="99"/>
    <w:unhideWhenUsed/>
    <w:rsid w:val="0029639D"/>
    <w:pPr>
      <w:numPr>
        <w:numId w:val="6"/>
      </w:numPr>
      <w:contextualSpacing/>
    </w:pPr>
  </w:style>
  <w:style w:type="paragraph" w:styleId="slovanseznam3">
    <w:name w:val="List Number 3"/>
    <w:basedOn w:val="Normln"/>
    <w:uiPriority w:val="99"/>
    <w:unhideWhenUsed/>
    <w:rsid w:val="0029639D"/>
    <w:pPr>
      <w:numPr>
        <w:numId w:val="7"/>
      </w:numPr>
      <w:contextualSpacing/>
    </w:pPr>
  </w:style>
  <w:style w:type="paragraph" w:styleId="Pokraovnseznamu">
    <w:name w:val="List Continue"/>
    <w:basedOn w:val="Normln"/>
    <w:uiPriority w:val="99"/>
    <w:unhideWhenUsed/>
    <w:rsid w:val="0029639D"/>
    <w:pPr>
      <w:spacing w:after="120"/>
      <w:ind w:left="360"/>
      <w:contextualSpacing/>
    </w:pPr>
  </w:style>
  <w:style w:type="paragraph" w:styleId="Pokraovnseznamu2">
    <w:name w:val="List Continue 2"/>
    <w:basedOn w:val="Normln"/>
    <w:uiPriority w:val="99"/>
    <w:unhideWhenUsed/>
    <w:rsid w:val="0029639D"/>
    <w:pPr>
      <w:spacing w:after="120"/>
      <w:ind w:left="720"/>
      <w:contextualSpacing/>
    </w:pPr>
  </w:style>
  <w:style w:type="paragraph" w:styleId="Pokraovnseznamu3">
    <w:name w:val="List Continue 3"/>
    <w:basedOn w:val="Normln"/>
    <w:uiPriority w:val="99"/>
    <w:unhideWhenUsed/>
    <w:rsid w:val="0029639D"/>
    <w:pPr>
      <w:spacing w:after="120"/>
      <w:ind w:left="1080"/>
      <w:contextualSpacing/>
    </w:pPr>
  </w:style>
  <w:style w:type="paragraph" w:styleId="Textmakra">
    <w:name w:val="macro"/>
    <w:link w:val="Textmakra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makraChar">
    <w:name w:val="Text makra Char"/>
    <w:basedOn w:val="Standardnpsmoodstavce"/>
    <w:link w:val="Textmakra"/>
    <w:uiPriority w:val="99"/>
    <w:rsid w:val="0029639D"/>
    <w:rPr>
      <w:rFonts w:ascii="Courier" w:hAnsi="Courier"/>
      <w:sz w:val="20"/>
      <w:szCs w:val="20"/>
    </w:rPr>
  </w:style>
  <w:style w:type="paragraph" w:styleId="Citt">
    <w:name w:val="Quote"/>
    <w:basedOn w:val="Normln"/>
    <w:next w:val="Normln"/>
    <w:link w:val="CittChar"/>
    <w:uiPriority w:val="29"/>
    <w:qFormat/>
    <w:rsid w:val="00FC693F"/>
    <w:rPr>
      <w:i/>
      <w:iCs/>
      <w:color w:val="000000" w:themeColor="text1"/>
    </w:rPr>
  </w:style>
  <w:style w:type="character" w:customStyle="1" w:styleId="CittChar">
    <w:name w:val="Citát Char"/>
    <w:basedOn w:val="Standardnpsmoodstavce"/>
    <w:link w:val="Citt"/>
    <w:uiPriority w:val="29"/>
    <w:rsid w:val="00FC693F"/>
    <w:rPr>
      <w:i/>
      <w:iCs/>
      <w:color w:val="000000" w:themeColor="text1"/>
    </w:rPr>
  </w:style>
  <w:style w:type="character" w:customStyle="1" w:styleId="Nadpis4Char">
    <w:name w:val="Nadpis 4 Char"/>
    <w:basedOn w:val="Standardnpsmoodstavce"/>
    <w:link w:val="Nadpis4"/>
    <w:uiPriority w:val="9"/>
    <w:semiHidden/>
    <w:rsid w:val="00FC693F"/>
    <w:rPr>
      <w:rFonts w:asciiTheme="majorHAnsi" w:eastAsiaTheme="majorEastAsia" w:hAnsiTheme="majorHAnsi" w:cstheme="majorBidi"/>
      <w:b/>
      <w:bCs/>
      <w:i/>
      <w:iCs/>
      <w:color w:val="4F81BD" w:themeColor="accent1"/>
    </w:rPr>
  </w:style>
  <w:style w:type="character" w:customStyle="1" w:styleId="Nadpis5Char">
    <w:name w:val="Nadpis 5 Char"/>
    <w:basedOn w:val="Standardnpsmoodstavce"/>
    <w:link w:val="Nadpis5"/>
    <w:uiPriority w:val="9"/>
    <w:semiHidden/>
    <w:rsid w:val="00FC693F"/>
    <w:rPr>
      <w:rFonts w:asciiTheme="majorHAnsi" w:eastAsiaTheme="majorEastAsia" w:hAnsiTheme="majorHAnsi" w:cstheme="majorBidi"/>
      <w:color w:val="243F60" w:themeColor="accent1" w:themeShade="7F"/>
    </w:rPr>
  </w:style>
  <w:style w:type="character" w:customStyle="1" w:styleId="Nadpis6Char">
    <w:name w:val="Nadpis 6 Char"/>
    <w:basedOn w:val="Standardnpsmoodstavce"/>
    <w:link w:val="Nadpis6"/>
    <w:uiPriority w:val="9"/>
    <w:semiHidden/>
    <w:rsid w:val="00FC693F"/>
    <w:rPr>
      <w:rFonts w:asciiTheme="majorHAnsi" w:eastAsiaTheme="majorEastAsia" w:hAnsiTheme="majorHAnsi" w:cstheme="majorBidi"/>
      <w:i/>
      <w:iCs/>
      <w:color w:val="243F60" w:themeColor="accent1" w:themeShade="7F"/>
    </w:rPr>
  </w:style>
  <w:style w:type="character" w:customStyle="1" w:styleId="Nadpis7Char">
    <w:name w:val="Nadpis 7 Char"/>
    <w:basedOn w:val="Standardnpsmoodstavce"/>
    <w:link w:val="Nadpis7"/>
    <w:uiPriority w:val="9"/>
    <w:semiHidden/>
    <w:rsid w:val="00FC693F"/>
    <w:rPr>
      <w:rFonts w:asciiTheme="majorHAnsi" w:eastAsiaTheme="majorEastAsia" w:hAnsiTheme="majorHAnsi" w:cstheme="majorBidi"/>
      <w:i/>
      <w:iCs/>
      <w:color w:val="404040" w:themeColor="text1" w:themeTint="BF"/>
    </w:rPr>
  </w:style>
  <w:style w:type="character" w:customStyle="1" w:styleId="Nadpis8Char">
    <w:name w:val="Nadpis 8 Char"/>
    <w:basedOn w:val="Standardnpsmoodstavce"/>
    <w:link w:val="Nadpis8"/>
    <w:uiPriority w:val="9"/>
    <w:semiHidden/>
    <w:rsid w:val="00FC693F"/>
    <w:rPr>
      <w:rFonts w:asciiTheme="majorHAnsi" w:eastAsiaTheme="majorEastAsia" w:hAnsiTheme="majorHAnsi" w:cstheme="majorBidi"/>
      <w:color w:val="4F81BD" w:themeColor="accent1"/>
      <w:sz w:val="20"/>
      <w:szCs w:val="20"/>
    </w:rPr>
  </w:style>
  <w:style w:type="character" w:customStyle="1" w:styleId="Nadpis9Char">
    <w:name w:val="Nadpis 9 Char"/>
    <w:basedOn w:val="Standardnpsmoodstavce"/>
    <w:link w:val="Nadpis9"/>
    <w:uiPriority w:val="9"/>
    <w:semiHidden/>
    <w:rsid w:val="00FC693F"/>
    <w:rPr>
      <w:rFonts w:asciiTheme="majorHAnsi" w:eastAsiaTheme="majorEastAsia" w:hAnsiTheme="majorHAnsi" w:cstheme="majorBidi"/>
      <w:i/>
      <w:iCs/>
      <w:color w:val="404040" w:themeColor="text1" w:themeTint="BF"/>
      <w:sz w:val="20"/>
      <w:szCs w:val="20"/>
    </w:rPr>
  </w:style>
  <w:style w:type="paragraph" w:styleId="Titulek">
    <w:name w:val="caption"/>
    <w:basedOn w:val="Normln"/>
    <w:next w:val="Normln"/>
    <w:uiPriority w:val="35"/>
    <w:semiHidden/>
    <w:unhideWhenUsed/>
    <w:qFormat/>
    <w:rsid w:val="00FC693F"/>
    <w:pPr>
      <w:spacing w:line="240" w:lineRule="auto"/>
    </w:pPr>
    <w:rPr>
      <w:b/>
      <w:bCs/>
      <w:color w:val="4F81BD" w:themeColor="accent1"/>
      <w:sz w:val="18"/>
      <w:szCs w:val="18"/>
    </w:rPr>
  </w:style>
  <w:style w:type="character" w:styleId="Siln">
    <w:name w:val="Strong"/>
    <w:basedOn w:val="Standardnpsmoodstavce"/>
    <w:uiPriority w:val="22"/>
    <w:qFormat/>
    <w:rsid w:val="00FC693F"/>
    <w:rPr>
      <w:b/>
      <w:bCs/>
    </w:rPr>
  </w:style>
  <w:style w:type="character" w:styleId="Zdraznn">
    <w:name w:val="Emphasis"/>
    <w:basedOn w:val="Standardnpsmoodstavce"/>
    <w:uiPriority w:val="20"/>
    <w:qFormat/>
    <w:rsid w:val="00FC693F"/>
    <w:rPr>
      <w:i/>
      <w:iCs/>
    </w:rPr>
  </w:style>
  <w:style w:type="paragraph" w:styleId="Vrazncitt">
    <w:name w:val="Intense Quote"/>
    <w:basedOn w:val="Normln"/>
    <w:next w:val="Normln"/>
    <w:link w:val="Vrazncit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VrazncittChar">
    <w:name w:val="Výrazný citát Char"/>
    <w:basedOn w:val="Standardnpsmoodstavce"/>
    <w:link w:val="Vrazncitt"/>
    <w:uiPriority w:val="30"/>
    <w:rsid w:val="00FC693F"/>
    <w:rPr>
      <w:b/>
      <w:bCs/>
      <w:i/>
      <w:iCs/>
      <w:color w:val="4F81BD" w:themeColor="accent1"/>
    </w:rPr>
  </w:style>
  <w:style w:type="character" w:styleId="Zdraznnjemn">
    <w:name w:val="Subtle Emphasis"/>
    <w:basedOn w:val="Standardnpsmoodstavce"/>
    <w:uiPriority w:val="19"/>
    <w:qFormat/>
    <w:rsid w:val="00FC693F"/>
    <w:rPr>
      <w:i/>
      <w:iCs/>
      <w:color w:val="808080" w:themeColor="text1" w:themeTint="7F"/>
    </w:rPr>
  </w:style>
  <w:style w:type="character" w:styleId="Zdraznnintenzivn">
    <w:name w:val="Intense Emphasis"/>
    <w:basedOn w:val="Standardnpsmoodstavce"/>
    <w:uiPriority w:val="21"/>
    <w:qFormat/>
    <w:rsid w:val="00FC693F"/>
    <w:rPr>
      <w:b/>
      <w:bCs/>
      <w:i/>
      <w:iCs/>
      <w:color w:val="4F81BD" w:themeColor="accent1"/>
    </w:rPr>
  </w:style>
  <w:style w:type="character" w:styleId="Odkazjemn">
    <w:name w:val="Subtle Reference"/>
    <w:basedOn w:val="Standardnpsmoodstavce"/>
    <w:uiPriority w:val="31"/>
    <w:qFormat/>
    <w:rsid w:val="00FC693F"/>
    <w:rPr>
      <w:smallCaps/>
      <w:color w:val="C0504D" w:themeColor="accent2"/>
      <w:u w:val="single"/>
    </w:rPr>
  </w:style>
  <w:style w:type="character" w:styleId="Odkazintenzivn">
    <w:name w:val="Intense Reference"/>
    <w:basedOn w:val="Standardnpsmoodstavce"/>
    <w:uiPriority w:val="32"/>
    <w:qFormat/>
    <w:rsid w:val="00FC693F"/>
    <w:rPr>
      <w:b/>
      <w:bCs/>
      <w:smallCaps/>
      <w:color w:val="C0504D" w:themeColor="accent2"/>
      <w:spacing w:val="5"/>
      <w:u w:val="single"/>
    </w:rPr>
  </w:style>
  <w:style w:type="character" w:styleId="Nzevknihy">
    <w:name w:val="Book Title"/>
    <w:basedOn w:val="Standardnpsmoodstavce"/>
    <w:uiPriority w:val="33"/>
    <w:qFormat/>
    <w:rsid w:val="00FC693F"/>
    <w:rPr>
      <w:b/>
      <w:bCs/>
      <w:smallCaps/>
      <w:spacing w:val="5"/>
    </w:rPr>
  </w:style>
  <w:style w:type="paragraph" w:styleId="Nadpisobsahu">
    <w:name w:val="TOC Heading"/>
    <w:basedOn w:val="Nadpis1"/>
    <w:next w:val="Normln"/>
    <w:uiPriority w:val="39"/>
    <w:semiHidden/>
    <w:unhideWhenUsed/>
    <w:qFormat/>
    <w:rsid w:val="00FC693F"/>
    <w:pPr>
      <w:outlineLvl w:val="9"/>
    </w:pPr>
  </w:style>
  <w:style w:type="table" w:styleId="Mkatabulky">
    <w:name w:val="Table Grid"/>
    <w:basedOn w:val="Normlntabulka"/>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stnovn">
    <w:name w:val="Light Shading"/>
    <w:basedOn w:val="Normlntabulka"/>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tlstnovnzvraznn1">
    <w:name w:val="Light Shading Accent 1"/>
    <w:basedOn w:val="Normlntabulka"/>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vtlstnovnzvraznn2">
    <w:name w:val="Light Shading Accent 2"/>
    <w:basedOn w:val="Normlntabulka"/>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vtlstnovnzvraznn3">
    <w:name w:val="Light Shading Accent 3"/>
    <w:basedOn w:val="Normlntabulka"/>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vtlstnovnzvraznn4">
    <w:name w:val="Light Shading Accent 4"/>
    <w:basedOn w:val="Normlntabulka"/>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vtlstnovnzvraznn5">
    <w:name w:val="Light Shading Accent 5"/>
    <w:basedOn w:val="Normlntabulka"/>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vtlstnovnzvraznn6">
    <w:name w:val="Light Shading Accent 6"/>
    <w:basedOn w:val="Normlntabulka"/>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Svtlseznam">
    <w:name w:val="Light List"/>
    <w:basedOn w:val="Normlntabulka"/>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tlseznamzvraznn1">
    <w:name w:val="Light List Accent 1"/>
    <w:basedOn w:val="Normlntabulka"/>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vtlseznamzvraznn2">
    <w:name w:val="Light List Accent 2"/>
    <w:basedOn w:val="Normlntabulka"/>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Svtlseznamzvraznn3">
    <w:name w:val="Light List Accent 3"/>
    <w:basedOn w:val="Normlntabulka"/>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vtlseznamzvraznn4">
    <w:name w:val="Light List Accent 4"/>
    <w:basedOn w:val="Normlntabulka"/>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Svtlseznamzvraznn5">
    <w:name w:val="Light List Accent 5"/>
    <w:basedOn w:val="Normlntabulka"/>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Svtlseznamzvraznn6">
    <w:name w:val="Light List Accent 6"/>
    <w:basedOn w:val="Normlntabulka"/>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Svtlmka">
    <w:name w:val="Light Grid"/>
    <w:basedOn w:val="Normlntabulka"/>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tlmkazvraznn1">
    <w:name w:val="Light Grid Accent 1"/>
    <w:basedOn w:val="Normlntabulka"/>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vtlmkazvraznn2">
    <w:name w:val="Light Grid Accent 2"/>
    <w:basedOn w:val="Normlntabulka"/>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Svtlmkazvraznn3">
    <w:name w:val="Light Grid Accent 3"/>
    <w:basedOn w:val="Normlntabulka"/>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Svtlmkazvraznn4">
    <w:name w:val="Light Grid Accent 4"/>
    <w:basedOn w:val="Normlntabulka"/>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Svtlmkazvraznn5">
    <w:name w:val="Light Grid Accent 5"/>
    <w:basedOn w:val="Normlntabulka"/>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Svtlmkazvraznn6">
    <w:name w:val="Light Grid Accent 6"/>
    <w:basedOn w:val="Normlntabulka"/>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tednstnovn1">
    <w:name w:val="Medium Shading 1"/>
    <w:basedOn w:val="Normlntabulka"/>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tednstnovn1zvraznn1">
    <w:name w:val="Medium Shading 1 Accent 1"/>
    <w:basedOn w:val="Normlntabulka"/>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tednstnovn1zvraznn2">
    <w:name w:val="Medium Shading 1 Accent 2"/>
    <w:basedOn w:val="Normlntabulka"/>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tednstnovn1zvraznn3">
    <w:name w:val="Medium Shading 1 Accent 3"/>
    <w:basedOn w:val="Normlntabulka"/>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tednstnovn1zvraznn4">
    <w:name w:val="Medium Shading 1 Accent 4"/>
    <w:basedOn w:val="Normlntabulka"/>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tednstnovn1zvraznn5">
    <w:name w:val="Medium Shading 1 Accent 5"/>
    <w:basedOn w:val="Normlntabulka"/>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tednstnovn1zvraznn6">
    <w:name w:val="Medium Shading 1 Accent 6"/>
    <w:basedOn w:val="Normlntabulka"/>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tednstnovn2">
    <w:name w:val="Medium Shading 2"/>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1">
    <w:name w:val="Medium Shading 2 Accent 1"/>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2">
    <w:name w:val="Medium Shading 2 Accent 2"/>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3">
    <w:name w:val="Medium Shading 2 Accent 3"/>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4">
    <w:name w:val="Medium Shading 2 Accent 4"/>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5">
    <w:name w:val="Medium Shading 2 Accent 5"/>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6">
    <w:name w:val="Medium Shading 2 Accent 6"/>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eznam1">
    <w:name w:val="Medium List 1"/>
    <w:basedOn w:val="Normlntabulka"/>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tednseznam1zvraznn1">
    <w:name w:val="Medium List 1 Accent 1"/>
    <w:basedOn w:val="Normlntabulka"/>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Stednseznam1zvraznn2">
    <w:name w:val="Medium List 1 Accent 2"/>
    <w:basedOn w:val="Normlntabulka"/>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Stednseznam1zvraznn3">
    <w:name w:val="Medium List 1 Accent 3"/>
    <w:basedOn w:val="Normlntabulka"/>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Stednseznam1zvraznn4">
    <w:name w:val="Medium List 1 Accent 4"/>
    <w:basedOn w:val="Normlntabulka"/>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Stednseznam1zvraznn5">
    <w:name w:val="Medium List 1 Accent 5"/>
    <w:basedOn w:val="Normlntabulka"/>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Stednseznam1zvraznn6">
    <w:name w:val="Medium List 1 Accent 6"/>
    <w:basedOn w:val="Normlntabulka"/>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Stednseznam2">
    <w:name w:val="Medium List 2"/>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1">
    <w:name w:val="Medium List 2 Accent 1"/>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2">
    <w:name w:val="Medium List 2 Accent 2"/>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3">
    <w:name w:val="Medium List 2 Accent 3"/>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4">
    <w:name w:val="Medium List 2 Accent 4"/>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5">
    <w:name w:val="Medium List 2 Accent 5"/>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6">
    <w:name w:val="Medium List 2 Accent 6"/>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tednmka1">
    <w:name w:val="Medium Grid 1"/>
    <w:basedOn w:val="Normlntabulka"/>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tednmka1zvraznn1">
    <w:name w:val="Medium Grid 1 Accent 1"/>
    <w:basedOn w:val="Normlntabulka"/>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Stednmka1zvraznn2">
    <w:name w:val="Medium Grid 1 Accent 2"/>
    <w:basedOn w:val="Normlntabulka"/>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Stednmka1zvraznn3">
    <w:name w:val="Medium Grid 1 Accent 3"/>
    <w:basedOn w:val="Normlntabulka"/>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Stednmka1zvraznn4">
    <w:name w:val="Medium Grid 1 Accent 4"/>
    <w:basedOn w:val="Normlntabulka"/>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Stednmka1zvraznn5">
    <w:name w:val="Medium Grid 1 Accent 5"/>
    <w:basedOn w:val="Normlntabulka"/>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Stednmka1zvraznn6">
    <w:name w:val="Medium Grid 1 Accent 6"/>
    <w:basedOn w:val="Normlntabulka"/>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Stednmka2">
    <w:name w:val="Medium Grid 2"/>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Stednmka2zvraznn1">
    <w:name w:val="Medium Grid 2 Accent 1"/>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Stednmka2zvraznn2">
    <w:name w:val="Medium Grid 2 Accent 2"/>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Stednmka2zvraznn3">
    <w:name w:val="Medium Grid 2 Accent 3"/>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Stednmka2zvraznn4">
    <w:name w:val="Medium Grid 2 Accent 4"/>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Stednmka2zvraznn5">
    <w:name w:val="Medium Grid 2 Accent 5"/>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Stednmka2zvraznn6">
    <w:name w:val="Medium Grid 2 Accent 6"/>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Stednmka3">
    <w:name w:val="Medium Grid 3"/>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Stednmka3zvraznn1">
    <w:name w:val="Medium Grid 3 Accent 1"/>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Stednmka3zvraznn2">
    <w:name w:val="Medium Grid 3 Accent 2"/>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tednmka3zvraznn3">
    <w:name w:val="Medium Grid 3 Accent 3"/>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Stednmka3zvraznn4">
    <w:name w:val="Medium Grid 3 Accent 4"/>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Stednmka3zvraznn5">
    <w:name w:val="Medium Grid 3 Accent 5"/>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Stednmka3zvraznn6">
    <w:name w:val="Medium Grid 3 Accent 6"/>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Tmavseznam">
    <w:name w:val="Dark List"/>
    <w:basedOn w:val="Normlntabulka"/>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mavseznamzvraznn1">
    <w:name w:val="Dark List Accent 1"/>
    <w:basedOn w:val="Normlntabulka"/>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Tmavseznamzvraznn2">
    <w:name w:val="Dark List Accent 2"/>
    <w:basedOn w:val="Normlntabulka"/>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mavseznamzvraznn3">
    <w:name w:val="Dark List Accent 3"/>
    <w:basedOn w:val="Normlntabulka"/>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Tmavseznamzvraznn4">
    <w:name w:val="Dark List Accent 4"/>
    <w:basedOn w:val="Normlntabulka"/>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Tmavseznamzvraznn5">
    <w:name w:val="Dark List Accent 5"/>
    <w:basedOn w:val="Normlntabulka"/>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Tmavseznamzvraznn6">
    <w:name w:val="Dark List Accent 6"/>
    <w:basedOn w:val="Normlntabulka"/>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Barevnstnovn">
    <w:name w:val="Colorful Shading"/>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evnstnovnzvraznn1">
    <w:name w:val="Colorful Shading Accent 1"/>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Barevnstnovnzvraznn2">
    <w:name w:val="Colorful Shading Accent 2"/>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Barevnstnovnzvraznn3">
    <w:name w:val="Colorful Shading Accent 3"/>
    <w:basedOn w:val="Normlntabulka"/>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Barevnstnovnzvraznn4">
    <w:name w:val="Colorful Shading Accent 4"/>
    <w:basedOn w:val="Normlntabulka"/>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Barevnstnovnzvraznn5">
    <w:name w:val="Colorful Shading Accent 5"/>
    <w:basedOn w:val="Normlntabulka"/>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Barevnstnovnzvraznn6">
    <w:name w:val="Colorful Shading Accent 6"/>
    <w:basedOn w:val="Normlntabulka"/>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Barevnseznam">
    <w:name w:val="Colorful List"/>
    <w:basedOn w:val="Normlntabulka"/>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evnseznamzvraznn1">
    <w:name w:val="Colorful List Accent 1"/>
    <w:basedOn w:val="Normlntabulka"/>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Barevnseznamzvraznn2">
    <w:name w:val="Colorful List Accent 2"/>
    <w:basedOn w:val="Normlntabulka"/>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Barevnseznamzvraznn3">
    <w:name w:val="Colorful List Accent 3"/>
    <w:basedOn w:val="Normlntabulka"/>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Barevnseznamzvraznn4">
    <w:name w:val="Colorful List Accent 4"/>
    <w:basedOn w:val="Normlntabulka"/>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Barevnseznamzvraznn5">
    <w:name w:val="Colorful List Accent 5"/>
    <w:basedOn w:val="Normlntabulka"/>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Barevnseznamzvraznn6">
    <w:name w:val="Colorful List Accent 6"/>
    <w:basedOn w:val="Normlntabulka"/>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Barevnmka">
    <w:name w:val="Colorful Grid"/>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evnmkazvraznn1">
    <w:name w:val="Colorful Grid Accent 1"/>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Barevnmkazvraznn2">
    <w:name w:val="Colorful Grid Accent 2"/>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Barevnmkazvraznn3">
    <w:name w:val="Colorful Grid Accent 3"/>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Barevnmkazvraznn4">
    <w:name w:val="Colorful Grid Accent 4"/>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Barevnmkazvraznn5">
    <w:name w:val="Colorful Grid Accent 5"/>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Barevnmkazvraznn6">
    <w:name w:val="Colorful Grid Accent 6"/>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textovodkaz">
    <w:name w:val="Hyperlink"/>
    <w:basedOn w:val="Standardnpsmoodstavce"/>
    <w:uiPriority w:val="99"/>
    <w:unhideWhenUsed/>
    <w:rsid w:val="00141375"/>
    <w:rPr>
      <w:color w:val="0000FF" w:themeColor="hyperlink"/>
      <w:u w:val="single"/>
    </w:rPr>
  </w:style>
  <w:style w:type="character" w:styleId="Nevyeenzmnka">
    <w:name w:val="Unresolved Mention"/>
    <w:basedOn w:val="Standardnpsmoodstavce"/>
    <w:uiPriority w:val="99"/>
    <w:semiHidden/>
    <w:unhideWhenUsed/>
    <w:rsid w:val="00141375"/>
    <w:rPr>
      <w:color w:val="605E5C"/>
      <w:shd w:val="clear" w:color="auto" w:fill="E1DFDD"/>
    </w:rPr>
  </w:style>
  <w:style w:type="paragraph" w:styleId="Normlnweb">
    <w:name w:val="Normal (Web)"/>
    <w:basedOn w:val="Normln"/>
    <w:uiPriority w:val="99"/>
    <w:unhideWhenUsed/>
    <w:rsid w:val="007B01A8"/>
    <w:pPr>
      <w:spacing w:before="100" w:beforeAutospacing="1" w:after="100" w:afterAutospacing="1" w:line="240" w:lineRule="auto"/>
    </w:pPr>
    <w:rPr>
      <w:rFonts w:ascii="Times New Roman" w:eastAsia="Times New Roman" w:hAnsi="Times New Roman" w:cs="Times New Roman"/>
      <w:sz w:val="24"/>
      <w:szCs w:val="24"/>
      <w:lang w:val="cs-CZ" w:eastAsia="cs-CZ"/>
    </w:rPr>
  </w:style>
  <w:style w:type="character" w:customStyle="1" w:styleId="apple-converted-space">
    <w:name w:val="apple-converted-space"/>
    <w:basedOn w:val="Standardnpsmoodstavce"/>
    <w:rsid w:val="007B01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08869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Tel:60231210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kchch.estranky.cz" TargetMode="External"/><Relationship Id="rId12" Type="http://schemas.openxmlformats.org/officeDocument/2006/relationships/hyperlink" Target="https://www.dogoffice.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dogoffice.cz" TargetMode="External"/><Relationship Id="rId11" Type="http://schemas.openxmlformats.org/officeDocument/2006/relationships/hyperlink" Target="https://www.dogoffice.cz" TargetMode="External"/><Relationship Id="rId5" Type="http://schemas.openxmlformats.org/officeDocument/2006/relationships/webSettings" Target="webSettings.xml"/><Relationship Id="rId10" Type="http://schemas.openxmlformats.org/officeDocument/2006/relationships/hyperlink" Target="http://kchch.estranky.cz" TargetMode="External"/><Relationship Id="rId4" Type="http://schemas.openxmlformats.org/officeDocument/2006/relationships/settings" Target="settings.xml"/><Relationship Id="rId9" Type="http://schemas.openxmlformats.org/officeDocument/2006/relationships/hyperlink" Target="mailto:Jitka.matelova@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1362</Words>
  <Characters>8039</Characters>
  <Application>Microsoft Office Word</Application>
  <DocSecurity>0</DocSecurity>
  <Lines>66</Lines>
  <Paragraphs>18</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9383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Alexa Matelová</cp:lastModifiedBy>
  <cp:revision>10</cp:revision>
  <cp:lastPrinted>2026-02-14T17:51:00Z</cp:lastPrinted>
  <dcterms:created xsi:type="dcterms:W3CDTF">2026-02-12T13:03:00Z</dcterms:created>
  <dcterms:modified xsi:type="dcterms:W3CDTF">2026-02-14T17:52:00Z</dcterms:modified>
  <cp:category/>
</cp:coreProperties>
</file>